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Calibri" w:hAnsi="Calibri"/>
          <w:b/>
          <w:color w:val="1A1A1A"/>
          <w:sz w:val="36"/>
        </w:rPr>
        <w:t>Simple routine lift plan</w:t>
      </w:r>
    </w:p>
    <w:p>
      <w:pPr>
        <w:spacing w:after="120"/>
      </w:pPr>
      <w:r>
        <w:rPr>
          <w:rFonts w:ascii="Calibri" w:hAnsi="Calibri"/>
          <w:b w:val="0"/>
          <w:color w:val="FF6A1A"/>
          <w:sz w:val="18"/>
        </w:rPr>
        <w:t>Two–three pages for a known load, one crane, clear path. Not a critical-lift study and not the 13-page engineering pack.</w:t>
      </w:r>
    </w:p>
    <w:p>
      <w:pPr>
        <w:spacing w:after="160"/>
      </w:pPr>
      <w:r>
        <w:rPr>
          <w:rFonts w:ascii="Calibri" w:hAnsi="Calibri"/>
          <w:b w:val="0"/>
          <w:color w:val="555555"/>
          <w:sz w:val="16"/>
        </w:rPr>
        <w:t>Stop and use a signed Appointed Person plan if: utilisation ≥ 75%, two cranes, people in a basket, power lines / live plant, unknown weight, blind landing, or the path is tight. Write N/A where a field does not apply. Silent blanks are not allowed.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432"/>
      </w:tblGrid>
      <w:tr>
        <w:tc>
          <w:tcPr>
            <w:tcW w:type="dxa" w:w="10432"/>
            <w:shd w:fill="1A1A1A" w:val="clear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50" w:type="dxa"/>
              <w:bottom w:w="50" w:type="dxa"/>
              <w:left w:w="70" w:type="dxa"/>
              <w:right w:w="70" w:type="dxa"/>
            </w:tcMar>
          </w:tcPr>
          <w:p>
            <w:pPr>
              <w:spacing w:before="20" w:after="20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1. Job</w:t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2608"/>
        <w:gridCol w:w="2608"/>
        <w:gridCol w:w="2608"/>
        <w:gridCol w:w="2608"/>
      </w:tblGrid>
      <w:tr>
        <w:tc>
          <w:tcPr>
            <w:tcW w:type="dxa" w:w="2608"/>
            <w:shd w:fill="F4F4F4" w:val="clear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50" w:type="dxa"/>
              <w:bottom w:w="50" w:type="dxa"/>
              <w:left w:w="70" w:type="dxa"/>
              <w:right w:w="70" w:type="dxa"/>
            </w:tcMar>
          </w:tcPr>
          <w:p>
            <w:pPr>
              <w:spacing w:before="20" w:after="20"/>
            </w:pPr>
            <w:r/>
            <w:r>
              <w:rPr>
                <w:rFonts w:ascii="Calibri" w:hAnsi="Calibri"/>
                <w:b/>
                <w:color w:val="1A1A1A"/>
                <w:sz w:val="16"/>
              </w:rPr>
              <w:t>Site / area</w:t>
            </w:r>
          </w:p>
        </w:tc>
        <w:tc>
          <w:tcPr>
            <w:tcW w:type="dxa" w:w="2608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50" w:type="dxa"/>
              <w:bottom w:w="50" w:type="dxa"/>
              <w:left w:w="70" w:type="dxa"/>
              <w:right w:w="70" w:type="dxa"/>
            </w:tcMar>
          </w:tcPr>
          <w:p>
            <w:pPr>
              <w:spacing w:before="20" w:after="20"/>
            </w:pPr>
            <w:r/>
            <w:r>
              <w:rPr>
                <w:rFonts w:ascii="Calibri" w:hAnsi="Calibri"/>
                <w:b w:val="0"/>
                <w:color w:val="1A1A1A"/>
                <w:sz w:val="16"/>
              </w:rPr>
              <w:t>________________________</w:t>
            </w:r>
          </w:p>
        </w:tc>
        <w:tc>
          <w:tcPr>
            <w:tcW w:type="dxa" w:w="2608"/>
            <w:shd w:fill="F4F4F4" w:val="clear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50" w:type="dxa"/>
              <w:bottom w:w="50" w:type="dxa"/>
              <w:left w:w="70" w:type="dxa"/>
              <w:right w:w="70" w:type="dxa"/>
            </w:tcMar>
          </w:tcPr>
          <w:p>
            <w:pPr>
              <w:spacing w:before="20" w:after="20"/>
            </w:pPr>
            <w:r/>
            <w:r>
              <w:rPr>
                <w:rFonts w:ascii="Calibri" w:hAnsi="Calibri"/>
                <w:b/>
                <w:color w:val="1A1A1A"/>
                <w:sz w:val="16"/>
              </w:rPr>
              <w:t>Date / shift</w:t>
            </w:r>
          </w:p>
        </w:tc>
        <w:tc>
          <w:tcPr>
            <w:tcW w:type="dxa" w:w="2608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50" w:type="dxa"/>
              <w:bottom w:w="50" w:type="dxa"/>
              <w:left w:w="70" w:type="dxa"/>
              <w:right w:w="70" w:type="dxa"/>
            </w:tcMar>
          </w:tcPr>
          <w:p>
            <w:pPr>
              <w:spacing w:before="20" w:after="20"/>
            </w:pPr>
            <w:r/>
            <w:r>
              <w:rPr>
                <w:rFonts w:ascii="Calibri" w:hAnsi="Calibri"/>
                <w:b w:val="0"/>
                <w:color w:val="1A1A1A"/>
                <w:sz w:val="16"/>
              </w:rPr>
              <w:t>________________</w:t>
            </w:r>
          </w:p>
        </w:tc>
      </w:tr>
      <w:tr>
        <w:tc>
          <w:tcPr>
            <w:tcW w:type="dxa" w:w="2608"/>
            <w:shd w:fill="F4F4F4" w:val="clear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50" w:type="dxa"/>
              <w:bottom w:w="50" w:type="dxa"/>
              <w:left w:w="70" w:type="dxa"/>
              <w:right w:w="70" w:type="dxa"/>
            </w:tcMar>
          </w:tcPr>
          <w:p>
            <w:pPr>
              <w:spacing w:before="20" w:after="20"/>
            </w:pPr>
            <w:r/>
            <w:r>
              <w:rPr>
                <w:rFonts w:ascii="Calibri" w:hAnsi="Calibri"/>
                <w:b/>
                <w:color w:val="1A1A1A"/>
                <w:sz w:val="16"/>
              </w:rPr>
              <w:t>Plan no.</w:t>
            </w:r>
          </w:p>
        </w:tc>
        <w:tc>
          <w:tcPr>
            <w:tcW w:type="dxa" w:w="2608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50" w:type="dxa"/>
              <w:bottom w:w="50" w:type="dxa"/>
              <w:left w:w="70" w:type="dxa"/>
              <w:right w:w="70" w:type="dxa"/>
            </w:tcMar>
          </w:tcPr>
          <w:p>
            <w:pPr>
              <w:spacing w:before="20" w:after="20"/>
            </w:pPr>
            <w:r/>
            <w:r>
              <w:rPr>
                <w:rFonts w:ascii="Calibri" w:hAnsi="Calibri"/>
                <w:b w:val="0"/>
                <w:color w:val="1A1A1A"/>
                <w:sz w:val="16"/>
              </w:rPr>
              <w:t>JMR-SRL-______</w:t>
            </w:r>
          </w:p>
        </w:tc>
        <w:tc>
          <w:tcPr>
            <w:tcW w:type="dxa" w:w="2608"/>
            <w:shd w:fill="F4F4F4" w:val="clear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50" w:type="dxa"/>
              <w:bottom w:w="50" w:type="dxa"/>
              <w:left w:w="70" w:type="dxa"/>
              <w:right w:w="70" w:type="dxa"/>
            </w:tcMar>
          </w:tcPr>
          <w:p>
            <w:pPr>
              <w:spacing w:before="20" w:after="20"/>
            </w:pPr>
            <w:r/>
            <w:r>
              <w:rPr>
                <w:rFonts w:ascii="Calibri" w:hAnsi="Calibri"/>
                <w:b/>
                <w:color w:val="1A1A1A"/>
                <w:sz w:val="16"/>
              </w:rPr>
              <w:t>Permit no.</w:t>
            </w:r>
          </w:p>
        </w:tc>
        <w:tc>
          <w:tcPr>
            <w:tcW w:type="dxa" w:w="2608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50" w:type="dxa"/>
              <w:bottom w:w="50" w:type="dxa"/>
              <w:left w:w="70" w:type="dxa"/>
              <w:right w:w="70" w:type="dxa"/>
            </w:tcMar>
          </w:tcPr>
          <w:p>
            <w:pPr>
              <w:spacing w:before="20" w:after="20"/>
            </w:pPr>
            <w:r/>
            <w:r>
              <w:rPr>
                <w:rFonts w:ascii="Calibri" w:hAnsi="Calibri"/>
                <w:b w:val="0"/>
                <w:color w:val="1A1A1A"/>
                <w:sz w:val="16"/>
              </w:rPr>
              <w:t>________________</w:t>
            </w:r>
          </w:p>
        </w:tc>
      </w:tr>
      <w:tr>
        <w:tc>
          <w:tcPr>
            <w:tcW w:type="dxa" w:w="2608"/>
            <w:shd w:fill="F4F4F4" w:val="clear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50" w:type="dxa"/>
              <w:bottom w:w="50" w:type="dxa"/>
              <w:left w:w="70" w:type="dxa"/>
              <w:right w:w="70" w:type="dxa"/>
            </w:tcMar>
          </w:tcPr>
          <w:p>
            <w:pPr>
              <w:spacing w:before="20" w:after="20"/>
            </w:pPr>
            <w:r/>
            <w:r>
              <w:rPr>
                <w:rFonts w:ascii="Calibri" w:hAnsi="Calibri"/>
                <w:b/>
                <w:color w:val="1A1A1A"/>
                <w:sz w:val="16"/>
              </w:rPr>
              <w:t>What is being lifted</w:t>
            </w:r>
          </w:p>
        </w:tc>
        <w:tc>
          <w:tcPr>
            <w:tcW w:type="dxa" w:w="2608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50" w:type="dxa"/>
              <w:bottom w:w="50" w:type="dxa"/>
              <w:left w:w="70" w:type="dxa"/>
              <w:right w:w="70" w:type="dxa"/>
            </w:tcMar>
          </w:tcPr>
          <w:p>
            <w:pPr>
              <w:spacing w:before="20" w:after="20"/>
            </w:pPr>
            <w:r/>
            <w:r>
              <w:rPr>
                <w:rFonts w:ascii="Calibri" w:hAnsi="Calibri"/>
                <w:b w:val="0"/>
                <w:color w:val="1A1A1A"/>
                <w:sz w:val="16"/>
              </w:rPr>
              <w:t>________________________</w:t>
            </w:r>
          </w:p>
        </w:tc>
        <w:tc>
          <w:tcPr>
            <w:tcW w:type="dxa" w:w="2608"/>
            <w:shd w:fill="F4F4F4" w:val="clear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50" w:type="dxa"/>
              <w:bottom w:w="50" w:type="dxa"/>
              <w:left w:w="70" w:type="dxa"/>
              <w:right w:w="70" w:type="dxa"/>
            </w:tcMar>
          </w:tcPr>
          <w:p>
            <w:pPr>
              <w:spacing w:before="20" w:after="20"/>
            </w:pPr>
            <w:r/>
            <w:r>
              <w:rPr>
                <w:rFonts w:ascii="Calibri" w:hAnsi="Calibri"/>
                <w:b/>
                <w:color w:val="1A1A1A"/>
                <w:sz w:val="16"/>
              </w:rPr>
              <w:t>From → to</w:t>
            </w:r>
          </w:p>
        </w:tc>
        <w:tc>
          <w:tcPr>
            <w:tcW w:type="dxa" w:w="2608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50" w:type="dxa"/>
              <w:bottom w:w="50" w:type="dxa"/>
              <w:left w:w="70" w:type="dxa"/>
              <w:right w:w="70" w:type="dxa"/>
            </w:tcMar>
          </w:tcPr>
          <w:p>
            <w:pPr>
              <w:spacing w:before="20" w:after="20"/>
            </w:pPr>
            <w:r/>
            <w:r>
              <w:rPr>
                <w:rFonts w:ascii="Calibri" w:hAnsi="Calibri"/>
                <w:b w:val="0"/>
                <w:color w:val="1A1A1A"/>
                <w:sz w:val="16"/>
              </w:rPr>
              <w:t>________________</w:t>
            </w:r>
          </w:p>
        </w:tc>
      </w:tr>
      <w:tr>
        <w:tc>
          <w:tcPr>
            <w:tcW w:type="dxa" w:w="2608"/>
            <w:shd w:fill="F4F4F4" w:val="clear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50" w:type="dxa"/>
              <w:bottom w:w="50" w:type="dxa"/>
              <w:left w:w="70" w:type="dxa"/>
              <w:right w:w="70" w:type="dxa"/>
            </w:tcMar>
          </w:tcPr>
          <w:p>
            <w:pPr>
              <w:spacing w:before="20" w:after="20"/>
            </w:pPr>
            <w:r/>
            <w:r>
              <w:rPr>
                <w:rFonts w:ascii="Calibri" w:hAnsi="Calibri"/>
                <w:b/>
                <w:color w:val="1A1A1A"/>
                <w:sz w:val="16"/>
              </w:rPr>
              <w:t>Lift type</w:t>
            </w:r>
          </w:p>
        </w:tc>
        <w:tc>
          <w:tcPr>
            <w:tcW w:type="dxa" w:w="2608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50" w:type="dxa"/>
              <w:bottom w:w="50" w:type="dxa"/>
              <w:left w:w="70" w:type="dxa"/>
              <w:right w:w="70" w:type="dxa"/>
            </w:tcMar>
          </w:tcPr>
          <w:p>
            <w:pPr>
              <w:spacing w:before="20" w:after="20"/>
            </w:pPr>
            <w:r/>
            <w:r>
              <w:rPr>
                <w:rFonts w:ascii="Calibri" w:hAnsi="Calibri"/>
                <w:b w:val="0"/>
                <w:color w:val="1A1A1A"/>
                <w:sz w:val="16"/>
              </w:rPr>
              <w:t>☐ Yard / site   ☐ Deck   ☐ Truck / trailer   ☐ Other</w:t>
            </w:r>
          </w:p>
        </w:tc>
        <w:tc>
          <w:tcPr>
            <w:tcW w:type="dxa" w:w="2608"/>
            <w:shd w:fill="F4F4F4" w:val="clear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50" w:type="dxa"/>
              <w:bottom w:w="50" w:type="dxa"/>
              <w:left w:w="70" w:type="dxa"/>
              <w:right w:w="70" w:type="dxa"/>
            </w:tcMar>
          </w:tcPr>
          <w:p>
            <w:pPr>
              <w:spacing w:before="20" w:after="20"/>
            </w:pPr>
            <w:r/>
            <w:r>
              <w:rPr>
                <w:rFonts w:ascii="Calibri" w:hAnsi="Calibri"/>
                <w:b/>
                <w:color w:val="1A1A1A"/>
                <w:sz w:val="16"/>
              </w:rPr>
              <w:t>Weather limit</w:t>
            </w:r>
          </w:p>
        </w:tc>
        <w:tc>
          <w:tcPr>
            <w:tcW w:type="dxa" w:w="2608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50" w:type="dxa"/>
              <w:bottom w:w="50" w:type="dxa"/>
              <w:left w:w="70" w:type="dxa"/>
              <w:right w:w="70" w:type="dxa"/>
            </w:tcMar>
          </w:tcPr>
          <w:p>
            <w:pPr>
              <w:spacing w:before="20" w:after="20"/>
            </w:pPr>
            <w:r/>
            <w:r>
              <w:rPr>
                <w:rFonts w:ascii="Calibri" w:hAnsi="Calibri"/>
                <w:b w:val="0"/>
                <w:color w:val="1A1A1A"/>
                <w:sz w:val="16"/>
              </w:rPr>
              <w:t>Wind ____  Visibility ____</w:t>
            </w:r>
          </w:p>
        </w:tc>
      </w:tr>
      <w:tr>
        <w:tc>
          <w:tcPr>
            <w:tcW w:type="dxa" w:w="2608"/>
            <w:shd w:fill="F4F4F4" w:val="clear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50" w:type="dxa"/>
              <w:bottom w:w="50" w:type="dxa"/>
              <w:left w:w="70" w:type="dxa"/>
              <w:right w:w="70" w:type="dxa"/>
            </w:tcMar>
          </w:tcPr>
          <w:p>
            <w:pPr>
              <w:spacing w:before="20" w:after="20"/>
            </w:pPr>
            <w:r/>
            <w:r>
              <w:rPr>
                <w:rFonts w:ascii="Calibri" w:hAnsi="Calibri"/>
                <w:b/>
                <w:color w:val="1A1A1A"/>
                <w:sz w:val="16"/>
              </w:rPr>
              <w:t>Person in charge</w:t>
            </w:r>
          </w:p>
        </w:tc>
        <w:tc>
          <w:tcPr>
            <w:tcW w:type="dxa" w:w="2608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50" w:type="dxa"/>
              <w:bottom w:w="50" w:type="dxa"/>
              <w:left w:w="70" w:type="dxa"/>
              <w:right w:w="70" w:type="dxa"/>
            </w:tcMar>
          </w:tcPr>
          <w:p>
            <w:pPr>
              <w:spacing w:before="20" w:after="20"/>
            </w:pPr>
            <w:r/>
            <w:r>
              <w:rPr>
                <w:rFonts w:ascii="Calibri" w:hAnsi="Calibri"/>
                <w:b w:val="0"/>
                <w:color w:val="1A1A1A"/>
                <w:sz w:val="16"/>
              </w:rPr>
              <w:t>________________________</w:t>
            </w:r>
          </w:p>
        </w:tc>
        <w:tc>
          <w:tcPr>
            <w:tcW w:type="dxa" w:w="2608"/>
            <w:shd w:fill="F4F4F4" w:val="clear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50" w:type="dxa"/>
              <w:bottom w:w="50" w:type="dxa"/>
              <w:left w:w="70" w:type="dxa"/>
              <w:right w:w="70" w:type="dxa"/>
            </w:tcMar>
          </w:tcPr>
          <w:p>
            <w:pPr>
              <w:spacing w:before="20" w:after="20"/>
            </w:pPr>
            <w:r/>
            <w:r>
              <w:rPr>
                <w:rFonts w:ascii="Calibri" w:hAnsi="Calibri"/>
                <w:b/>
                <w:color w:val="1A1A1A"/>
                <w:sz w:val="16"/>
              </w:rPr>
              <w:t>Revision</w:t>
            </w:r>
          </w:p>
        </w:tc>
        <w:tc>
          <w:tcPr>
            <w:tcW w:type="dxa" w:w="2608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50" w:type="dxa"/>
              <w:bottom w:w="50" w:type="dxa"/>
              <w:left w:w="70" w:type="dxa"/>
              <w:right w:w="70" w:type="dxa"/>
            </w:tcMar>
          </w:tcPr>
          <w:p>
            <w:pPr>
              <w:spacing w:before="20" w:after="20"/>
            </w:pPr>
            <w:r/>
            <w:r>
              <w:rPr>
                <w:rFonts w:ascii="Calibri" w:hAnsi="Calibri"/>
                <w:b w:val="0"/>
                <w:color w:val="1A1A1A"/>
                <w:sz w:val="16"/>
              </w:rPr>
              <w:t>Rev 0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10432"/>
      </w:tblGrid>
      <w:tr>
        <w:tc>
          <w:tcPr>
            <w:tcW w:type="dxa" w:w="10432"/>
            <w:shd w:fill="1A1A1A" w:val="clear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50" w:type="dxa"/>
              <w:bottom w:w="50" w:type="dxa"/>
              <w:left w:w="70" w:type="dxa"/>
              <w:right w:w="70" w:type="dxa"/>
            </w:tcMar>
          </w:tcPr>
          <w:p>
            <w:pPr>
              <w:spacing w:before="20" w:after="20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2. Crane and load</w:t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2608"/>
        <w:gridCol w:w="2608"/>
        <w:gridCol w:w="2608"/>
        <w:gridCol w:w="2608"/>
      </w:tblGrid>
      <w:tr>
        <w:tc>
          <w:tcPr>
            <w:tcW w:type="dxa" w:w="2608"/>
            <w:shd w:fill="F4F4F4" w:val="clear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50" w:type="dxa"/>
              <w:bottom w:w="50" w:type="dxa"/>
              <w:left w:w="70" w:type="dxa"/>
              <w:right w:w="70" w:type="dxa"/>
            </w:tcMar>
          </w:tcPr>
          <w:p>
            <w:pPr>
              <w:spacing w:before="20" w:after="20"/>
            </w:pPr>
            <w:r/>
            <w:r>
              <w:rPr>
                <w:rFonts w:ascii="Calibri" w:hAnsi="Calibri"/>
                <w:b/>
                <w:color w:val="1A1A1A"/>
                <w:sz w:val="16"/>
              </w:rPr>
              <w:t>Crane make / ID</w:t>
            </w:r>
          </w:p>
        </w:tc>
        <w:tc>
          <w:tcPr>
            <w:tcW w:type="dxa" w:w="2608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50" w:type="dxa"/>
              <w:bottom w:w="50" w:type="dxa"/>
              <w:left w:w="70" w:type="dxa"/>
              <w:right w:w="70" w:type="dxa"/>
            </w:tcMar>
          </w:tcPr>
          <w:p>
            <w:pPr>
              <w:spacing w:before="20" w:after="20"/>
            </w:pPr>
            <w:r/>
            <w:r>
              <w:rPr>
                <w:rFonts w:ascii="Calibri" w:hAnsi="Calibri"/>
                <w:b w:val="0"/>
                <w:color w:val="1A1A1A"/>
                <w:sz w:val="16"/>
              </w:rPr>
              <w:t>________________________</w:t>
            </w:r>
          </w:p>
        </w:tc>
        <w:tc>
          <w:tcPr>
            <w:tcW w:type="dxa" w:w="2608"/>
            <w:shd w:fill="F4F4F4" w:val="clear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50" w:type="dxa"/>
              <w:bottom w:w="50" w:type="dxa"/>
              <w:left w:w="70" w:type="dxa"/>
              <w:right w:w="70" w:type="dxa"/>
            </w:tcMar>
          </w:tcPr>
          <w:p>
            <w:pPr>
              <w:spacing w:before="20" w:after="20"/>
            </w:pPr>
            <w:r/>
            <w:r>
              <w:rPr>
                <w:rFonts w:ascii="Calibri" w:hAnsi="Calibri"/>
                <w:b/>
                <w:color w:val="1A1A1A"/>
                <w:sz w:val="16"/>
              </w:rPr>
              <w:t>Chart on crane</w:t>
            </w:r>
          </w:p>
        </w:tc>
        <w:tc>
          <w:tcPr>
            <w:tcW w:type="dxa" w:w="2608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50" w:type="dxa"/>
              <w:bottom w:w="50" w:type="dxa"/>
              <w:left w:w="70" w:type="dxa"/>
              <w:right w:w="70" w:type="dxa"/>
            </w:tcMar>
          </w:tcPr>
          <w:p>
            <w:pPr>
              <w:spacing w:before="20" w:after="20"/>
            </w:pPr>
            <w:r/>
            <w:r>
              <w:rPr>
                <w:rFonts w:ascii="Calibri" w:hAnsi="Calibri"/>
                <w:b w:val="0"/>
                <w:color w:val="1A1A1A"/>
                <w:sz w:val="16"/>
              </w:rPr>
              <w:t>☐ Yes</w:t>
            </w:r>
          </w:p>
        </w:tc>
      </w:tr>
      <w:tr>
        <w:tc>
          <w:tcPr>
            <w:tcW w:type="dxa" w:w="2608"/>
            <w:shd w:fill="F4F4F4" w:val="clear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50" w:type="dxa"/>
              <w:bottom w:w="50" w:type="dxa"/>
              <w:left w:w="70" w:type="dxa"/>
              <w:right w:w="70" w:type="dxa"/>
            </w:tcMar>
          </w:tcPr>
          <w:p>
            <w:pPr>
              <w:spacing w:before="20" w:after="20"/>
            </w:pPr>
            <w:r/>
            <w:r>
              <w:rPr>
                <w:rFonts w:ascii="Calibri" w:hAnsi="Calibri"/>
                <w:b/>
                <w:color w:val="1A1A1A"/>
                <w:sz w:val="16"/>
              </w:rPr>
              <w:t>SWL at this radius</w:t>
            </w:r>
          </w:p>
        </w:tc>
        <w:tc>
          <w:tcPr>
            <w:tcW w:type="dxa" w:w="2608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50" w:type="dxa"/>
              <w:bottom w:w="50" w:type="dxa"/>
              <w:left w:w="70" w:type="dxa"/>
              <w:right w:w="70" w:type="dxa"/>
            </w:tcMar>
          </w:tcPr>
          <w:p>
            <w:pPr>
              <w:spacing w:before="20" w:after="20"/>
            </w:pPr>
            <w:r/>
            <w:r>
              <w:rPr>
                <w:rFonts w:ascii="Calibri" w:hAnsi="Calibri"/>
                <w:b w:val="0"/>
                <w:color w:val="1A1A1A"/>
                <w:sz w:val="16"/>
              </w:rPr>
              <w:t>________ t at ________ m</w:t>
            </w:r>
          </w:p>
        </w:tc>
        <w:tc>
          <w:tcPr>
            <w:tcW w:type="dxa" w:w="2608"/>
            <w:shd w:fill="F4F4F4" w:val="clear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50" w:type="dxa"/>
              <w:bottom w:w="50" w:type="dxa"/>
              <w:left w:w="70" w:type="dxa"/>
              <w:right w:w="70" w:type="dxa"/>
            </w:tcMar>
          </w:tcPr>
          <w:p>
            <w:pPr>
              <w:spacing w:before="20" w:after="20"/>
            </w:pPr>
            <w:r/>
            <w:r>
              <w:rPr>
                <w:rFonts w:ascii="Calibri" w:hAnsi="Calibri"/>
                <w:b/>
                <w:color w:val="1A1A1A"/>
                <w:sz w:val="16"/>
              </w:rPr>
              <w:t>Utilisation</w:t>
            </w:r>
          </w:p>
        </w:tc>
        <w:tc>
          <w:tcPr>
            <w:tcW w:type="dxa" w:w="2608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50" w:type="dxa"/>
              <w:bottom w:w="50" w:type="dxa"/>
              <w:left w:w="70" w:type="dxa"/>
              <w:right w:w="70" w:type="dxa"/>
            </w:tcMar>
          </w:tcPr>
          <w:p>
            <w:pPr>
              <w:spacing w:before="20" w:after="20"/>
            </w:pPr>
            <w:r/>
            <w:r>
              <w:rPr>
                <w:rFonts w:ascii="Calibri" w:hAnsi="Calibri"/>
                <w:b w:val="0"/>
                <w:color w:val="1A1A1A"/>
                <w:sz w:val="16"/>
              </w:rPr>
              <w:t>________ %</w:t>
            </w:r>
          </w:p>
        </w:tc>
      </w:tr>
      <w:tr>
        <w:tc>
          <w:tcPr>
            <w:tcW w:type="dxa" w:w="2608"/>
            <w:shd w:fill="F4F4F4" w:val="clear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50" w:type="dxa"/>
              <w:bottom w:w="50" w:type="dxa"/>
              <w:left w:w="70" w:type="dxa"/>
              <w:right w:w="70" w:type="dxa"/>
            </w:tcMar>
          </w:tcPr>
          <w:p>
            <w:pPr>
              <w:spacing w:before="20" w:after="20"/>
            </w:pPr>
            <w:r/>
            <w:r>
              <w:rPr>
                <w:rFonts w:ascii="Calibri" w:hAnsi="Calibri"/>
                <w:b/>
                <w:color w:val="1A1A1A"/>
                <w:sz w:val="16"/>
              </w:rPr>
              <w:t>Load description</w:t>
            </w:r>
          </w:p>
        </w:tc>
        <w:tc>
          <w:tcPr>
            <w:tcW w:type="dxa" w:w="2608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50" w:type="dxa"/>
              <w:bottom w:w="50" w:type="dxa"/>
              <w:left w:w="70" w:type="dxa"/>
              <w:right w:w="70" w:type="dxa"/>
            </w:tcMar>
          </w:tcPr>
          <w:p>
            <w:pPr>
              <w:spacing w:before="20" w:after="20"/>
            </w:pPr>
            <w:r/>
            <w:r>
              <w:rPr>
                <w:rFonts w:ascii="Calibri" w:hAnsi="Calibri"/>
                <w:b w:val="0"/>
                <w:color w:val="1A1A1A"/>
                <w:sz w:val="16"/>
              </w:rPr>
              <w:t>________________________</w:t>
            </w:r>
          </w:p>
        </w:tc>
        <w:tc>
          <w:tcPr>
            <w:tcW w:type="dxa" w:w="2608"/>
            <w:shd w:fill="F4F4F4" w:val="clear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50" w:type="dxa"/>
              <w:bottom w:w="50" w:type="dxa"/>
              <w:left w:w="70" w:type="dxa"/>
              <w:right w:w="70" w:type="dxa"/>
            </w:tcMar>
          </w:tcPr>
          <w:p>
            <w:pPr>
              <w:spacing w:before="20" w:after="20"/>
            </w:pPr>
            <w:r/>
            <w:r>
              <w:rPr>
                <w:rFonts w:ascii="Calibri" w:hAnsi="Calibri"/>
                <w:b/>
                <w:color w:val="1A1A1A"/>
                <w:sz w:val="16"/>
              </w:rPr>
              <w:t>Verified weight</w:t>
            </w:r>
          </w:p>
        </w:tc>
        <w:tc>
          <w:tcPr>
            <w:tcW w:type="dxa" w:w="2608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50" w:type="dxa"/>
              <w:bottom w:w="50" w:type="dxa"/>
              <w:left w:w="70" w:type="dxa"/>
              <w:right w:w="70" w:type="dxa"/>
            </w:tcMar>
          </w:tcPr>
          <w:p>
            <w:pPr>
              <w:spacing w:before="20" w:after="20"/>
            </w:pPr>
            <w:r/>
            <w:r>
              <w:rPr>
                <w:rFonts w:ascii="Calibri" w:hAnsi="Calibri"/>
                <w:b w:val="0"/>
                <w:color w:val="1A1A1A"/>
                <w:sz w:val="16"/>
              </w:rPr>
              <w:t>________ t / kg</w:t>
            </w:r>
          </w:p>
        </w:tc>
      </w:tr>
      <w:tr>
        <w:tc>
          <w:tcPr>
            <w:tcW w:type="dxa" w:w="2608"/>
            <w:shd w:fill="F4F4F4" w:val="clear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50" w:type="dxa"/>
              <w:bottom w:w="50" w:type="dxa"/>
              <w:left w:w="70" w:type="dxa"/>
              <w:right w:w="70" w:type="dxa"/>
            </w:tcMar>
          </w:tcPr>
          <w:p>
            <w:pPr>
              <w:spacing w:before="20" w:after="20"/>
            </w:pPr>
            <w:r/>
            <w:r>
              <w:rPr>
                <w:rFonts w:ascii="Calibri" w:hAnsi="Calibri"/>
                <w:b/>
                <w:color w:val="1A1A1A"/>
                <w:sz w:val="16"/>
              </w:rPr>
              <w:t>How verified</w:t>
            </w:r>
          </w:p>
        </w:tc>
        <w:tc>
          <w:tcPr>
            <w:tcW w:type="dxa" w:w="2608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50" w:type="dxa"/>
              <w:bottom w:w="50" w:type="dxa"/>
              <w:left w:w="70" w:type="dxa"/>
              <w:right w:w="70" w:type="dxa"/>
            </w:tcMar>
          </w:tcPr>
          <w:p>
            <w:pPr>
              <w:spacing w:before="20" w:after="20"/>
            </w:pPr>
            <w:r/>
            <w:r>
              <w:rPr>
                <w:rFonts w:ascii="Calibri" w:hAnsi="Calibri"/>
                <w:b w:val="0"/>
                <w:color w:val="1A1A1A"/>
                <w:sz w:val="16"/>
              </w:rPr>
              <w:t>☐ Weigh  ☐ Manifest  ☐ Calc</w:t>
            </w:r>
          </w:p>
        </w:tc>
        <w:tc>
          <w:tcPr>
            <w:tcW w:type="dxa" w:w="2608"/>
            <w:shd w:fill="F4F4F4" w:val="clear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50" w:type="dxa"/>
              <w:bottom w:w="50" w:type="dxa"/>
              <w:left w:w="70" w:type="dxa"/>
              <w:right w:w="70" w:type="dxa"/>
            </w:tcMar>
          </w:tcPr>
          <w:p>
            <w:pPr>
              <w:spacing w:before="20" w:after="20"/>
            </w:pPr>
            <w:r/>
            <w:r>
              <w:rPr>
                <w:rFonts w:ascii="Calibri" w:hAnsi="Calibri"/>
                <w:b/>
                <w:color w:val="1A1A1A"/>
                <w:sz w:val="16"/>
              </w:rPr>
              <w:t>Hook + slings + shackles</w:t>
            </w:r>
          </w:p>
        </w:tc>
        <w:tc>
          <w:tcPr>
            <w:tcW w:type="dxa" w:w="2608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50" w:type="dxa"/>
              <w:bottom w:w="50" w:type="dxa"/>
              <w:left w:w="70" w:type="dxa"/>
              <w:right w:w="70" w:type="dxa"/>
            </w:tcMar>
          </w:tcPr>
          <w:p>
            <w:pPr>
              <w:spacing w:before="20" w:after="20"/>
            </w:pPr>
            <w:r/>
            <w:r>
              <w:rPr>
                <w:rFonts w:ascii="Calibri" w:hAnsi="Calibri"/>
                <w:b w:val="0"/>
                <w:color w:val="1A1A1A"/>
                <w:sz w:val="16"/>
              </w:rPr>
              <w:t>________ kg</w:t>
            </w:r>
          </w:p>
        </w:tc>
      </w:tr>
      <w:tr>
        <w:tc>
          <w:tcPr>
            <w:tcW w:type="dxa" w:w="2608"/>
            <w:shd w:fill="F4F4F4" w:val="clear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50" w:type="dxa"/>
              <w:bottom w:w="50" w:type="dxa"/>
              <w:left w:w="70" w:type="dxa"/>
              <w:right w:w="70" w:type="dxa"/>
            </w:tcMar>
          </w:tcPr>
          <w:p>
            <w:pPr>
              <w:spacing w:before="20" w:after="20"/>
            </w:pPr>
            <w:r/>
            <w:r>
              <w:rPr>
                <w:rFonts w:ascii="Calibri" w:hAnsi="Calibri"/>
                <w:b/>
                <w:color w:val="1A1A1A"/>
                <w:sz w:val="16"/>
              </w:rPr>
              <w:t>Total lifted load</w:t>
            </w:r>
          </w:p>
        </w:tc>
        <w:tc>
          <w:tcPr>
            <w:tcW w:type="dxa" w:w="2608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50" w:type="dxa"/>
              <w:bottom w:w="50" w:type="dxa"/>
              <w:left w:w="70" w:type="dxa"/>
              <w:right w:w="70" w:type="dxa"/>
            </w:tcMar>
          </w:tcPr>
          <w:p>
            <w:pPr>
              <w:spacing w:before="20" w:after="20"/>
            </w:pPr>
            <w:r/>
            <w:r>
              <w:rPr>
                <w:rFonts w:ascii="Calibri" w:hAnsi="Calibri"/>
                <w:b w:val="0"/>
                <w:color w:val="1A1A1A"/>
                <w:sz w:val="16"/>
              </w:rPr>
              <w:t>________ t</w:t>
            </w:r>
          </w:p>
        </w:tc>
        <w:tc>
          <w:tcPr>
            <w:tcW w:type="dxa" w:w="2608"/>
            <w:shd w:fill="F4F4F4" w:val="clear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50" w:type="dxa"/>
              <w:bottom w:w="50" w:type="dxa"/>
              <w:left w:w="70" w:type="dxa"/>
              <w:right w:w="70" w:type="dxa"/>
            </w:tcMar>
          </w:tcPr>
          <w:p>
            <w:pPr>
              <w:spacing w:before="20" w:after="20"/>
            </w:pPr>
            <w:r/>
            <w:r>
              <w:rPr>
                <w:rFonts w:ascii="Calibri" w:hAnsi="Calibri"/>
                <w:b/>
                <w:color w:val="1A1A1A"/>
                <w:sz w:val="16"/>
              </w:rPr>
              <w:t>Last exam / cert date</w:t>
            </w:r>
          </w:p>
        </w:tc>
        <w:tc>
          <w:tcPr>
            <w:tcW w:type="dxa" w:w="2608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50" w:type="dxa"/>
              <w:bottom w:w="50" w:type="dxa"/>
              <w:left w:w="70" w:type="dxa"/>
              <w:right w:w="70" w:type="dxa"/>
            </w:tcMar>
          </w:tcPr>
          <w:p>
            <w:pPr>
              <w:spacing w:before="20" w:after="20"/>
            </w:pPr>
            <w:r/>
            <w:r>
              <w:rPr>
                <w:rFonts w:ascii="Calibri" w:hAnsi="Calibri"/>
                <w:b w:val="0"/>
                <w:color w:val="1A1A1A"/>
                <w:sz w:val="16"/>
              </w:rPr>
              <w:t>________________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10432"/>
      </w:tblGrid>
      <w:tr>
        <w:tc>
          <w:tcPr>
            <w:tcW w:type="dxa" w:w="10432"/>
            <w:shd w:fill="1A1A1A" w:val="clear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50" w:type="dxa"/>
              <w:bottom w:w="50" w:type="dxa"/>
              <w:left w:w="70" w:type="dxa"/>
              <w:right w:w="70" w:type="dxa"/>
            </w:tcMar>
          </w:tcPr>
          <w:p>
            <w:pPr>
              <w:spacing w:before="20" w:after="20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3. Rigging</w:t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2608"/>
        <w:gridCol w:w="2608"/>
        <w:gridCol w:w="2608"/>
        <w:gridCol w:w="2608"/>
      </w:tblGrid>
      <w:tr>
        <w:tc>
          <w:tcPr>
            <w:tcW w:type="dxa" w:w="2608"/>
            <w:shd w:fill="F4F4F4" w:val="clear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50" w:type="dxa"/>
              <w:bottom w:w="50" w:type="dxa"/>
              <w:left w:w="70" w:type="dxa"/>
              <w:right w:w="70" w:type="dxa"/>
            </w:tcMar>
          </w:tcPr>
          <w:p>
            <w:pPr>
              <w:spacing w:before="20" w:after="20"/>
            </w:pPr>
            <w:r/>
            <w:r>
              <w:rPr>
                <w:rFonts w:ascii="Calibri" w:hAnsi="Calibri"/>
                <w:b/>
                <w:color w:val="1A1A1A"/>
                <w:sz w:val="16"/>
              </w:rPr>
              <w:t>Sling type / legs</w:t>
            </w:r>
          </w:p>
        </w:tc>
        <w:tc>
          <w:tcPr>
            <w:tcW w:type="dxa" w:w="2608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50" w:type="dxa"/>
              <w:bottom w:w="50" w:type="dxa"/>
              <w:left w:w="70" w:type="dxa"/>
              <w:right w:w="70" w:type="dxa"/>
            </w:tcMar>
          </w:tcPr>
          <w:p>
            <w:pPr>
              <w:spacing w:before="20" w:after="20"/>
            </w:pPr>
            <w:r/>
            <w:r>
              <w:rPr>
                <w:rFonts w:ascii="Calibri" w:hAnsi="Calibri"/>
                <w:b w:val="0"/>
                <w:color w:val="1A1A1A"/>
                <w:sz w:val="16"/>
              </w:rPr>
              <w:t>________    legs: ____</w:t>
            </w:r>
          </w:p>
        </w:tc>
        <w:tc>
          <w:tcPr>
            <w:tcW w:type="dxa" w:w="2608"/>
            <w:shd w:fill="F4F4F4" w:val="clear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50" w:type="dxa"/>
              <w:bottom w:w="50" w:type="dxa"/>
              <w:left w:w="70" w:type="dxa"/>
              <w:right w:w="70" w:type="dxa"/>
            </w:tcMar>
          </w:tcPr>
          <w:p>
            <w:pPr>
              <w:spacing w:before="20" w:after="20"/>
            </w:pPr>
            <w:r/>
            <w:r>
              <w:rPr>
                <w:rFonts w:ascii="Calibri" w:hAnsi="Calibri"/>
                <w:b/>
                <w:color w:val="1A1A1A"/>
                <w:sz w:val="16"/>
              </w:rPr>
              <w:t>Sling WLL each</w:t>
            </w:r>
          </w:p>
        </w:tc>
        <w:tc>
          <w:tcPr>
            <w:tcW w:type="dxa" w:w="2608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50" w:type="dxa"/>
              <w:bottom w:w="50" w:type="dxa"/>
              <w:left w:w="70" w:type="dxa"/>
              <w:right w:w="70" w:type="dxa"/>
            </w:tcMar>
          </w:tcPr>
          <w:p>
            <w:pPr>
              <w:spacing w:before="20" w:after="20"/>
            </w:pPr>
            <w:r/>
            <w:r>
              <w:rPr>
                <w:rFonts w:ascii="Calibri" w:hAnsi="Calibri"/>
                <w:b w:val="0"/>
                <w:color w:val="1A1A1A"/>
                <w:sz w:val="16"/>
              </w:rPr>
              <w:t>________ t</w:t>
            </w:r>
          </w:p>
        </w:tc>
      </w:tr>
      <w:tr>
        <w:tc>
          <w:tcPr>
            <w:tcW w:type="dxa" w:w="2608"/>
            <w:shd w:fill="F4F4F4" w:val="clear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50" w:type="dxa"/>
              <w:bottom w:w="50" w:type="dxa"/>
              <w:left w:w="70" w:type="dxa"/>
              <w:right w:w="70" w:type="dxa"/>
            </w:tcMar>
          </w:tcPr>
          <w:p>
            <w:pPr>
              <w:spacing w:before="20" w:after="20"/>
            </w:pPr>
            <w:r/>
            <w:r>
              <w:rPr>
                <w:rFonts w:ascii="Calibri" w:hAnsi="Calibri"/>
                <w:b/>
                <w:color w:val="1A1A1A"/>
                <w:sz w:val="16"/>
              </w:rPr>
              <w:t>Shackle WLL</w:t>
            </w:r>
          </w:p>
        </w:tc>
        <w:tc>
          <w:tcPr>
            <w:tcW w:type="dxa" w:w="2608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50" w:type="dxa"/>
              <w:bottom w:w="50" w:type="dxa"/>
              <w:left w:w="70" w:type="dxa"/>
              <w:right w:w="70" w:type="dxa"/>
            </w:tcMar>
          </w:tcPr>
          <w:p>
            <w:pPr>
              <w:spacing w:before="20" w:after="20"/>
            </w:pPr>
            <w:r/>
            <w:r>
              <w:rPr>
                <w:rFonts w:ascii="Calibri" w:hAnsi="Calibri"/>
                <w:b w:val="0"/>
                <w:color w:val="1A1A1A"/>
                <w:sz w:val="16"/>
              </w:rPr>
              <w:t>________ t</w:t>
            </w:r>
          </w:p>
        </w:tc>
        <w:tc>
          <w:tcPr>
            <w:tcW w:type="dxa" w:w="2608"/>
            <w:shd w:fill="F4F4F4" w:val="clear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50" w:type="dxa"/>
              <w:bottom w:w="50" w:type="dxa"/>
              <w:left w:w="70" w:type="dxa"/>
              <w:right w:w="70" w:type="dxa"/>
            </w:tcMar>
          </w:tcPr>
          <w:p>
            <w:pPr>
              <w:spacing w:before="20" w:after="20"/>
            </w:pPr>
            <w:r/>
            <w:r>
              <w:rPr>
                <w:rFonts w:ascii="Calibri" w:hAnsi="Calibri"/>
                <w:b/>
                <w:color w:val="1A1A1A"/>
                <w:sz w:val="16"/>
              </w:rPr>
              <w:t>Min. sling angle</w:t>
            </w:r>
          </w:p>
        </w:tc>
        <w:tc>
          <w:tcPr>
            <w:tcW w:type="dxa" w:w="2608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50" w:type="dxa"/>
              <w:bottom w:w="50" w:type="dxa"/>
              <w:left w:w="70" w:type="dxa"/>
              <w:right w:w="70" w:type="dxa"/>
            </w:tcMar>
          </w:tcPr>
          <w:p>
            <w:pPr>
              <w:spacing w:before="20" w:after="20"/>
            </w:pPr>
            <w:r/>
            <w:r>
              <w:rPr>
                <w:rFonts w:ascii="Calibri" w:hAnsi="Calibri"/>
                <w:b w:val="0"/>
                <w:color w:val="1A1A1A"/>
                <w:sz w:val="16"/>
              </w:rPr>
              <w:t>________ °</w:t>
            </w:r>
          </w:p>
        </w:tc>
      </w:tr>
      <w:tr>
        <w:tc>
          <w:tcPr>
            <w:tcW w:type="dxa" w:w="2608"/>
            <w:shd w:fill="F4F4F4" w:val="clear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50" w:type="dxa"/>
              <w:bottom w:w="50" w:type="dxa"/>
              <w:left w:w="70" w:type="dxa"/>
              <w:right w:w="70" w:type="dxa"/>
            </w:tcMar>
          </w:tcPr>
          <w:p>
            <w:pPr>
              <w:spacing w:before="20" w:after="20"/>
            </w:pPr>
            <w:r/>
            <w:r>
              <w:rPr>
                <w:rFonts w:ascii="Calibri" w:hAnsi="Calibri"/>
                <w:b/>
                <w:color w:val="1A1A1A"/>
                <w:sz w:val="16"/>
              </w:rPr>
              <w:t>Hitch</w:t>
            </w:r>
          </w:p>
        </w:tc>
        <w:tc>
          <w:tcPr>
            <w:tcW w:type="dxa" w:w="2608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50" w:type="dxa"/>
              <w:bottom w:w="50" w:type="dxa"/>
              <w:left w:w="70" w:type="dxa"/>
              <w:right w:w="70" w:type="dxa"/>
            </w:tcMar>
          </w:tcPr>
          <w:p>
            <w:pPr>
              <w:spacing w:before="20" w:after="20"/>
            </w:pPr>
            <w:r/>
            <w:r>
              <w:rPr>
                <w:rFonts w:ascii="Calibri" w:hAnsi="Calibri"/>
                <w:b w:val="0"/>
                <w:color w:val="1A1A1A"/>
                <w:sz w:val="16"/>
              </w:rPr>
              <w:t>☐ Vertical  ☐ Choker  ☐ Basket  ☐ Other</w:t>
            </w:r>
          </w:p>
        </w:tc>
        <w:tc>
          <w:tcPr>
            <w:tcW w:type="dxa" w:w="2608"/>
            <w:shd w:fill="F4F4F4" w:val="clear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50" w:type="dxa"/>
              <w:bottom w:w="50" w:type="dxa"/>
              <w:left w:w="70" w:type="dxa"/>
              <w:right w:w="70" w:type="dxa"/>
            </w:tcMar>
          </w:tcPr>
          <w:p>
            <w:pPr>
              <w:spacing w:before="20" w:after="20"/>
            </w:pPr>
            <w:r/>
            <w:r>
              <w:rPr>
                <w:rFonts w:ascii="Calibri" w:hAnsi="Calibri"/>
                <w:b/>
                <w:color w:val="1A1A1A"/>
                <w:sz w:val="16"/>
              </w:rPr>
              <w:t>Taglines</w:t>
            </w:r>
          </w:p>
        </w:tc>
        <w:tc>
          <w:tcPr>
            <w:tcW w:type="dxa" w:w="2608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50" w:type="dxa"/>
              <w:bottom w:w="50" w:type="dxa"/>
              <w:left w:w="70" w:type="dxa"/>
              <w:right w:w="70" w:type="dxa"/>
            </w:tcMar>
          </w:tcPr>
          <w:p>
            <w:pPr>
              <w:spacing w:before="20" w:after="20"/>
            </w:pPr>
            <w:r/>
            <w:r>
              <w:rPr>
                <w:rFonts w:ascii="Calibri" w:hAnsi="Calibri"/>
                <w:b w:val="0"/>
                <w:color w:val="1A1A1A"/>
                <w:sz w:val="16"/>
              </w:rPr>
              <w:t>☐ Two  ☐ One  ☐ N/A</w:t>
            </w:r>
          </w:p>
        </w:tc>
      </w:tr>
      <w:tr>
        <w:tc>
          <w:tcPr>
            <w:tcW w:type="dxa" w:w="2608"/>
            <w:shd w:fill="F4F4F4" w:val="clear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50" w:type="dxa"/>
              <w:bottom w:w="50" w:type="dxa"/>
              <w:left w:w="70" w:type="dxa"/>
              <w:right w:w="70" w:type="dxa"/>
            </w:tcMar>
          </w:tcPr>
          <w:p>
            <w:pPr>
              <w:spacing w:before="20" w:after="20"/>
            </w:pPr>
            <w:r/>
            <w:r>
              <w:rPr>
                <w:rFonts w:ascii="Calibri" w:hAnsi="Calibri"/>
                <w:b/>
                <w:color w:val="1A1A1A"/>
                <w:sz w:val="16"/>
              </w:rPr>
              <w:t>Gear inspected</w:t>
            </w:r>
          </w:p>
        </w:tc>
        <w:tc>
          <w:tcPr>
            <w:tcW w:type="dxa" w:w="2608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50" w:type="dxa"/>
              <w:bottom w:w="50" w:type="dxa"/>
              <w:left w:w="70" w:type="dxa"/>
              <w:right w:w="70" w:type="dxa"/>
            </w:tcMar>
          </w:tcPr>
          <w:p>
            <w:pPr>
              <w:spacing w:before="20" w:after="20"/>
            </w:pPr>
            <w:r/>
            <w:r>
              <w:rPr>
                <w:rFonts w:ascii="Calibri" w:hAnsi="Calibri"/>
                <w:b w:val="0"/>
                <w:color w:val="1A1A1A"/>
                <w:sz w:val="16"/>
              </w:rPr>
              <w:t>☐ Pass  ☐ Rejected</w:t>
            </w:r>
          </w:p>
        </w:tc>
        <w:tc>
          <w:tcPr>
            <w:tcW w:type="dxa" w:w="2608"/>
            <w:shd w:fill="F4F4F4" w:val="clear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50" w:type="dxa"/>
              <w:bottom w:w="50" w:type="dxa"/>
              <w:left w:w="70" w:type="dxa"/>
              <w:right w:w="70" w:type="dxa"/>
            </w:tcMar>
          </w:tcPr>
          <w:p>
            <w:pPr>
              <w:spacing w:before="20" w:after="20"/>
            </w:pPr>
            <w:r/>
            <w:r>
              <w:rPr>
                <w:rFonts w:ascii="Calibri" w:hAnsi="Calibri"/>
                <w:b/>
                <w:color w:val="1A1A1A"/>
                <w:sz w:val="16"/>
              </w:rPr>
              <w:t>Colour / cert in date</w:t>
            </w:r>
          </w:p>
        </w:tc>
        <w:tc>
          <w:tcPr>
            <w:tcW w:type="dxa" w:w="2608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50" w:type="dxa"/>
              <w:bottom w:w="50" w:type="dxa"/>
              <w:left w:w="70" w:type="dxa"/>
              <w:right w:w="70" w:type="dxa"/>
            </w:tcMar>
          </w:tcPr>
          <w:p>
            <w:pPr>
              <w:spacing w:before="20" w:after="20"/>
            </w:pPr>
            <w:r/>
            <w:r>
              <w:rPr>
                <w:rFonts w:ascii="Calibri" w:hAnsi="Calibri"/>
                <w:b w:val="0"/>
                <w:color w:val="1A1A1A"/>
                <w:sz w:val="16"/>
              </w:rPr>
              <w:t>☐ Yes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10432"/>
      </w:tblGrid>
      <w:tr>
        <w:tc>
          <w:tcPr>
            <w:tcW w:type="dxa" w:w="10432"/>
            <w:shd w:fill="1A1A1A" w:val="clear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50" w:type="dxa"/>
              <w:bottom w:w="50" w:type="dxa"/>
              <w:left w:w="70" w:type="dxa"/>
              <w:right w:w="70" w:type="dxa"/>
            </w:tcMar>
          </w:tcPr>
          <w:p>
            <w:pPr>
              <w:spacing w:before="20" w:after="20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4. People and comms</w:t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2608"/>
        <w:gridCol w:w="2608"/>
        <w:gridCol w:w="2608"/>
        <w:gridCol w:w="2608"/>
      </w:tblGrid>
      <w:tr>
        <w:tc>
          <w:tcPr>
            <w:tcW w:type="dxa" w:w="2608"/>
            <w:shd w:fill="F4F4F4" w:val="clear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50" w:type="dxa"/>
              <w:bottom w:w="50" w:type="dxa"/>
              <w:left w:w="70" w:type="dxa"/>
              <w:right w:w="70" w:type="dxa"/>
            </w:tcMar>
          </w:tcPr>
          <w:p>
            <w:pPr>
              <w:spacing w:before="20" w:after="20"/>
            </w:pPr>
            <w:r/>
            <w:r>
              <w:rPr>
                <w:rFonts w:ascii="Calibri" w:hAnsi="Calibri"/>
                <w:b/>
                <w:color w:val="1A1A1A"/>
                <w:sz w:val="16"/>
              </w:rPr>
              <w:t>Crane operator</w:t>
            </w:r>
          </w:p>
        </w:tc>
        <w:tc>
          <w:tcPr>
            <w:tcW w:type="dxa" w:w="2608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50" w:type="dxa"/>
              <w:bottom w:w="50" w:type="dxa"/>
              <w:left w:w="70" w:type="dxa"/>
              <w:right w:w="70" w:type="dxa"/>
            </w:tcMar>
          </w:tcPr>
          <w:p>
            <w:pPr>
              <w:spacing w:before="20" w:after="20"/>
            </w:pPr>
            <w:r/>
            <w:r>
              <w:rPr>
                <w:rFonts w:ascii="Calibri" w:hAnsi="Calibri"/>
                <w:b w:val="0"/>
                <w:color w:val="1A1A1A"/>
                <w:sz w:val="16"/>
              </w:rPr>
              <w:t>________________________</w:t>
            </w:r>
          </w:p>
        </w:tc>
        <w:tc>
          <w:tcPr>
            <w:tcW w:type="dxa" w:w="2608"/>
            <w:shd w:fill="F4F4F4" w:val="clear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50" w:type="dxa"/>
              <w:bottom w:w="50" w:type="dxa"/>
              <w:left w:w="70" w:type="dxa"/>
              <w:right w:w="70" w:type="dxa"/>
            </w:tcMar>
          </w:tcPr>
          <w:p>
            <w:pPr>
              <w:spacing w:before="20" w:after="20"/>
            </w:pPr>
            <w:r/>
            <w:r>
              <w:rPr>
                <w:rFonts w:ascii="Calibri" w:hAnsi="Calibri"/>
                <w:b/>
                <w:color w:val="1A1A1A"/>
                <w:sz w:val="16"/>
              </w:rPr>
              <w:t>Competence checked</w:t>
            </w:r>
          </w:p>
        </w:tc>
        <w:tc>
          <w:tcPr>
            <w:tcW w:type="dxa" w:w="2608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50" w:type="dxa"/>
              <w:bottom w:w="50" w:type="dxa"/>
              <w:left w:w="70" w:type="dxa"/>
              <w:right w:w="70" w:type="dxa"/>
            </w:tcMar>
          </w:tcPr>
          <w:p>
            <w:pPr>
              <w:spacing w:before="20" w:after="20"/>
            </w:pPr>
            <w:r/>
            <w:r>
              <w:rPr>
                <w:rFonts w:ascii="Calibri" w:hAnsi="Calibri"/>
                <w:b w:val="0"/>
                <w:color w:val="1A1A1A"/>
                <w:sz w:val="16"/>
              </w:rPr>
              <w:t>☐ Yes</w:t>
            </w:r>
          </w:p>
        </w:tc>
      </w:tr>
      <w:tr>
        <w:tc>
          <w:tcPr>
            <w:tcW w:type="dxa" w:w="2608"/>
            <w:shd w:fill="F4F4F4" w:val="clear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50" w:type="dxa"/>
              <w:bottom w:w="50" w:type="dxa"/>
              <w:left w:w="70" w:type="dxa"/>
              <w:right w:w="70" w:type="dxa"/>
            </w:tcMar>
          </w:tcPr>
          <w:p>
            <w:pPr>
              <w:spacing w:before="20" w:after="20"/>
            </w:pPr>
            <w:r/>
            <w:r>
              <w:rPr>
                <w:rFonts w:ascii="Calibri" w:hAnsi="Calibri"/>
                <w:b/>
                <w:color w:val="1A1A1A"/>
                <w:sz w:val="16"/>
              </w:rPr>
              <w:t>Banksman</w:t>
            </w:r>
          </w:p>
        </w:tc>
        <w:tc>
          <w:tcPr>
            <w:tcW w:type="dxa" w:w="2608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50" w:type="dxa"/>
              <w:bottom w:w="50" w:type="dxa"/>
              <w:left w:w="70" w:type="dxa"/>
              <w:right w:w="70" w:type="dxa"/>
            </w:tcMar>
          </w:tcPr>
          <w:p>
            <w:pPr>
              <w:spacing w:before="20" w:after="20"/>
            </w:pPr>
            <w:r/>
            <w:r>
              <w:rPr>
                <w:rFonts w:ascii="Calibri" w:hAnsi="Calibri"/>
                <w:b w:val="0"/>
                <w:color w:val="1A1A1A"/>
                <w:sz w:val="16"/>
              </w:rPr>
              <w:t>________________________</w:t>
            </w:r>
          </w:p>
        </w:tc>
        <w:tc>
          <w:tcPr>
            <w:tcW w:type="dxa" w:w="2608"/>
            <w:shd w:fill="F4F4F4" w:val="clear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50" w:type="dxa"/>
              <w:bottom w:w="50" w:type="dxa"/>
              <w:left w:w="70" w:type="dxa"/>
              <w:right w:w="70" w:type="dxa"/>
            </w:tcMar>
          </w:tcPr>
          <w:p>
            <w:pPr>
              <w:spacing w:before="20" w:after="20"/>
            </w:pPr>
            <w:r/>
            <w:r>
              <w:rPr>
                <w:rFonts w:ascii="Calibri" w:hAnsi="Calibri"/>
                <w:b/>
                <w:color w:val="1A1A1A"/>
                <w:sz w:val="16"/>
              </w:rPr>
              <w:t>Riggers</w:t>
            </w:r>
          </w:p>
        </w:tc>
        <w:tc>
          <w:tcPr>
            <w:tcW w:type="dxa" w:w="2608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50" w:type="dxa"/>
              <w:bottom w:w="50" w:type="dxa"/>
              <w:left w:w="70" w:type="dxa"/>
              <w:right w:w="70" w:type="dxa"/>
            </w:tcMar>
          </w:tcPr>
          <w:p>
            <w:pPr>
              <w:spacing w:before="20" w:after="20"/>
            </w:pPr>
            <w:r/>
            <w:r>
              <w:rPr>
                <w:rFonts w:ascii="Calibri" w:hAnsi="Calibri"/>
                <w:b w:val="0"/>
                <w:color w:val="1A1A1A"/>
                <w:sz w:val="16"/>
              </w:rPr>
              <w:t>________________</w:t>
            </w:r>
          </w:p>
        </w:tc>
      </w:tr>
      <w:tr>
        <w:tc>
          <w:tcPr>
            <w:tcW w:type="dxa" w:w="2608"/>
            <w:shd w:fill="F4F4F4" w:val="clear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50" w:type="dxa"/>
              <w:bottom w:w="50" w:type="dxa"/>
              <w:left w:w="70" w:type="dxa"/>
              <w:right w:w="70" w:type="dxa"/>
            </w:tcMar>
          </w:tcPr>
          <w:p>
            <w:pPr>
              <w:spacing w:before="20" w:after="20"/>
            </w:pPr>
            <w:r/>
            <w:r>
              <w:rPr>
                <w:rFonts w:ascii="Calibri" w:hAnsi="Calibri"/>
                <w:b/>
                <w:color w:val="1A1A1A"/>
                <w:sz w:val="16"/>
              </w:rPr>
              <w:t>Comms</w:t>
            </w:r>
          </w:p>
        </w:tc>
        <w:tc>
          <w:tcPr>
            <w:tcW w:type="dxa" w:w="2608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50" w:type="dxa"/>
              <w:bottom w:w="50" w:type="dxa"/>
              <w:left w:w="70" w:type="dxa"/>
              <w:right w:w="70" w:type="dxa"/>
            </w:tcMar>
          </w:tcPr>
          <w:p>
            <w:pPr>
              <w:spacing w:before="20" w:after="20"/>
            </w:pPr>
            <w:r/>
            <w:r>
              <w:rPr>
                <w:rFonts w:ascii="Calibri" w:hAnsi="Calibri"/>
                <w:b w:val="0"/>
                <w:color w:val="1A1A1A"/>
                <w:sz w:val="16"/>
              </w:rPr>
              <w:t>☐ Radio ch. ____   ☐ Hand signals   ☐ Both</w:t>
            </w:r>
          </w:p>
        </w:tc>
        <w:tc>
          <w:tcPr>
            <w:tcW w:type="dxa" w:w="2608"/>
            <w:shd w:fill="F4F4F4" w:val="clear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50" w:type="dxa"/>
              <w:bottom w:w="50" w:type="dxa"/>
              <w:left w:w="70" w:type="dxa"/>
              <w:right w:w="70" w:type="dxa"/>
            </w:tcMar>
          </w:tcPr>
          <w:p>
            <w:pPr>
              <w:spacing w:before="20" w:after="20"/>
            </w:pPr>
            <w:r/>
            <w:r>
              <w:rPr>
                <w:rFonts w:ascii="Calibri" w:hAnsi="Calibri"/>
                <w:b/>
                <w:color w:val="1A1A1A"/>
                <w:sz w:val="16"/>
              </w:rPr>
              <w:t>Tested</w:t>
            </w:r>
          </w:p>
        </w:tc>
        <w:tc>
          <w:tcPr>
            <w:tcW w:type="dxa" w:w="2608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50" w:type="dxa"/>
              <w:bottom w:w="50" w:type="dxa"/>
              <w:left w:w="70" w:type="dxa"/>
              <w:right w:w="70" w:type="dxa"/>
            </w:tcMar>
          </w:tcPr>
          <w:p>
            <w:pPr>
              <w:spacing w:before="20" w:after="20"/>
            </w:pPr>
            <w:r/>
            <w:r>
              <w:rPr>
                <w:rFonts w:ascii="Calibri" w:hAnsi="Calibri"/>
                <w:b w:val="0"/>
                <w:color w:val="1A1A1A"/>
                <w:sz w:val="16"/>
              </w:rPr>
              <w:t>☐ Before first lift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10432"/>
      </w:tblGrid>
      <w:tr>
        <w:tc>
          <w:tcPr>
            <w:tcW w:type="dxa" w:w="10432"/>
            <w:shd w:fill="1A1A1A" w:val="clear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50" w:type="dxa"/>
              <w:bottom w:w="50" w:type="dxa"/>
              <w:left w:w="70" w:type="dxa"/>
              <w:right w:w="70" w:type="dxa"/>
            </w:tcMar>
          </w:tcPr>
          <w:p>
            <w:pPr>
              <w:spacing w:before="20" w:after="20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5. Sequence — tick when briefed</w:t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624"/>
        <w:gridCol w:w="9638"/>
      </w:tblGrid>
      <w:tr>
        <w:tc>
          <w:tcPr>
            <w:tcW w:type="dxa" w:w="5216"/>
            <w:shd w:fill="FFF1E8" w:val="clear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50" w:type="dxa"/>
              <w:bottom w:w="50" w:type="dxa"/>
              <w:left w:w="70" w:type="dxa"/>
              <w:right w:w="70" w:type="dxa"/>
            </w:tcMar>
          </w:tcPr>
          <w:p>
            <w:pPr>
              <w:spacing w:before="20" w:after="20"/>
              <w:jc w:val="center"/>
            </w:pPr>
            <w:r/>
            <w:r>
              <w:rPr>
                <w:rFonts w:ascii="Calibri" w:hAnsi="Calibri"/>
                <w:b/>
                <w:color w:val="FF6A1A"/>
                <w:sz w:val="16"/>
              </w:rPr>
              <w:t>01</w:t>
            </w:r>
          </w:p>
        </w:tc>
        <w:tc>
          <w:tcPr>
            <w:tcW w:type="dxa" w:w="5216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50" w:type="dxa"/>
              <w:bottom w:w="50" w:type="dxa"/>
              <w:left w:w="70" w:type="dxa"/>
              <w:right w:w="70" w:type="dxa"/>
            </w:tcMar>
          </w:tcPr>
          <w:p>
            <w:pPr>
              <w:spacing w:before="20" w:after="20"/>
            </w:pPr>
            <w:r/>
            <w:r>
              <w:rPr>
                <w:rFonts w:ascii="Calibri" w:hAnsi="Calibri"/>
                <w:b w:val="0"/>
                <w:color w:val="1A1A1A"/>
                <w:sz w:val="16"/>
              </w:rPr>
              <w:t>☐  Toolbox talk. This sheet read. Roles agreed.</w:t>
            </w:r>
          </w:p>
        </w:tc>
      </w:tr>
      <w:tr>
        <w:tc>
          <w:tcPr>
            <w:tcW w:type="dxa" w:w="5216"/>
            <w:shd w:fill="FFF1E8" w:val="clear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50" w:type="dxa"/>
              <w:bottom w:w="50" w:type="dxa"/>
              <w:left w:w="70" w:type="dxa"/>
              <w:right w:w="70" w:type="dxa"/>
            </w:tcMar>
          </w:tcPr>
          <w:p>
            <w:pPr>
              <w:spacing w:before="20" w:after="20"/>
              <w:jc w:val="center"/>
            </w:pPr>
            <w:r/>
            <w:r>
              <w:rPr>
                <w:rFonts w:ascii="Calibri" w:hAnsi="Calibri"/>
                <w:b/>
                <w:color w:val="FF6A1A"/>
                <w:sz w:val="16"/>
              </w:rPr>
              <w:t>02</w:t>
            </w:r>
          </w:p>
        </w:tc>
        <w:tc>
          <w:tcPr>
            <w:tcW w:type="dxa" w:w="5216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50" w:type="dxa"/>
              <w:bottom w:w="50" w:type="dxa"/>
              <w:left w:w="70" w:type="dxa"/>
              <w:right w:w="70" w:type="dxa"/>
            </w:tcMar>
          </w:tcPr>
          <w:p>
            <w:pPr>
              <w:spacing w:before="20" w:after="20"/>
            </w:pPr>
            <w:r/>
            <w:r>
              <w:rPr>
                <w:rFonts w:ascii="Calibri" w:hAnsi="Calibri"/>
                <w:b w:val="0"/>
                <w:color w:val="1A1A1A"/>
                <w:sz w:val="16"/>
              </w:rPr>
              <w:t>☐  Crane checks. Chart on the machine. Radio / signals tested.</w:t>
            </w:r>
          </w:p>
        </w:tc>
      </w:tr>
      <w:tr>
        <w:tc>
          <w:tcPr>
            <w:tcW w:type="dxa" w:w="5216"/>
            <w:shd w:fill="FFF1E8" w:val="clear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50" w:type="dxa"/>
              <w:bottom w:w="50" w:type="dxa"/>
              <w:left w:w="70" w:type="dxa"/>
              <w:right w:w="70" w:type="dxa"/>
            </w:tcMar>
          </w:tcPr>
          <w:p>
            <w:pPr>
              <w:spacing w:before="20" w:after="20"/>
              <w:jc w:val="center"/>
            </w:pPr>
            <w:r/>
            <w:r>
              <w:rPr>
                <w:rFonts w:ascii="Calibri" w:hAnsi="Calibri"/>
                <w:b/>
                <w:color w:val="FF6A1A"/>
                <w:sz w:val="16"/>
              </w:rPr>
              <w:t>03</w:t>
            </w:r>
          </w:p>
        </w:tc>
        <w:tc>
          <w:tcPr>
            <w:tcW w:type="dxa" w:w="5216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50" w:type="dxa"/>
              <w:bottom w:w="50" w:type="dxa"/>
              <w:left w:w="70" w:type="dxa"/>
              <w:right w:w="70" w:type="dxa"/>
            </w:tcMar>
          </w:tcPr>
          <w:p>
            <w:pPr>
              <w:spacing w:before="20" w:after="20"/>
            </w:pPr>
            <w:r/>
            <w:r>
              <w:rPr>
                <w:rFonts w:ascii="Calibri" w:hAnsi="Calibri"/>
                <w:b w:val="0"/>
                <w:color w:val="1A1A1A"/>
                <w:sz w:val="16"/>
              </w:rPr>
              <w:t>☐  Landing area barred. Path, overhead and live plant checked.</w:t>
            </w:r>
          </w:p>
        </w:tc>
      </w:tr>
      <w:tr>
        <w:tc>
          <w:tcPr>
            <w:tcW w:type="dxa" w:w="5216"/>
            <w:shd w:fill="FFF1E8" w:val="clear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50" w:type="dxa"/>
              <w:bottom w:w="50" w:type="dxa"/>
              <w:left w:w="70" w:type="dxa"/>
              <w:right w:w="70" w:type="dxa"/>
            </w:tcMar>
          </w:tcPr>
          <w:p>
            <w:pPr>
              <w:spacing w:before="20" w:after="20"/>
              <w:jc w:val="center"/>
            </w:pPr>
            <w:r/>
            <w:r>
              <w:rPr>
                <w:rFonts w:ascii="Calibri" w:hAnsi="Calibri"/>
                <w:b/>
                <w:color w:val="FF6A1A"/>
                <w:sz w:val="16"/>
              </w:rPr>
              <w:t>04</w:t>
            </w:r>
          </w:p>
        </w:tc>
        <w:tc>
          <w:tcPr>
            <w:tcW w:type="dxa" w:w="5216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50" w:type="dxa"/>
              <w:bottom w:w="50" w:type="dxa"/>
              <w:left w:w="70" w:type="dxa"/>
              <w:right w:w="70" w:type="dxa"/>
            </w:tcMar>
          </w:tcPr>
          <w:p>
            <w:pPr>
              <w:spacing w:before="20" w:after="20"/>
            </w:pPr>
            <w:r/>
            <w:r>
              <w:rPr>
                <w:rFonts w:ascii="Calibri" w:hAnsi="Calibri"/>
                <w:b w:val="0"/>
                <w:color w:val="1A1A1A"/>
                <w:sz w:val="16"/>
              </w:rPr>
              <w:t>☐  Gear inspected. Loose items off the load.</w:t>
            </w:r>
          </w:p>
        </w:tc>
      </w:tr>
      <w:tr>
        <w:tc>
          <w:tcPr>
            <w:tcW w:type="dxa" w:w="5216"/>
            <w:shd w:fill="FFF1E8" w:val="clear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50" w:type="dxa"/>
              <w:bottom w:w="50" w:type="dxa"/>
              <w:left w:w="70" w:type="dxa"/>
              <w:right w:w="70" w:type="dxa"/>
            </w:tcMar>
          </w:tcPr>
          <w:p>
            <w:pPr>
              <w:spacing w:before="20" w:after="20"/>
              <w:jc w:val="center"/>
            </w:pPr>
            <w:r/>
            <w:r>
              <w:rPr>
                <w:rFonts w:ascii="Calibri" w:hAnsi="Calibri"/>
                <w:b/>
                <w:color w:val="FF6A1A"/>
                <w:sz w:val="16"/>
              </w:rPr>
              <w:t>05</w:t>
            </w:r>
          </w:p>
        </w:tc>
        <w:tc>
          <w:tcPr>
            <w:tcW w:type="dxa" w:w="5216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50" w:type="dxa"/>
              <w:bottom w:w="50" w:type="dxa"/>
              <w:left w:w="70" w:type="dxa"/>
              <w:right w:w="70" w:type="dxa"/>
            </w:tcMar>
          </w:tcPr>
          <w:p>
            <w:pPr>
              <w:spacing w:before="20" w:after="20"/>
            </w:pPr>
            <w:r/>
            <w:r>
              <w:rPr>
                <w:rFonts w:ascii="Calibri" w:hAnsi="Calibri"/>
                <w:b w:val="0"/>
                <w:color w:val="1A1A1A"/>
                <w:sz w:val="16"/>
              </w:rPr>
              <w:t>☐  Hook central. Take weight slowly. Stop. Confirm stable.</w:t>
            </w:r>
          </w:p>
        </w:tc>
      </w:tr>
      <w:tr>
        <w:tc>
          <w:tcPr>
            <w:tcW w:type="dxa" w:w="5216"/>
            <w:shd w:fill="FFF1E8" w:val="clear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50" w:type="dxa"/>
              <w:bottom w:w="50" w:type="dxa"/>
              <w:left w:w="70" w:type="dxa"/>
              <w:right w:w="70" w:type="dxa"/>
            </w:tcMar>
          </w:tcPr>
          <w:p>
            <w:pPr>
              <w:spacing w:before="20" w:after="20"/>
              <w:jc w:val="center"/>
            </w:pPr>
            <w:r/>
            <w:r>
              <w:rPr>
                <w:rFonts w:ascii="Calibri" w:hAnsi="Calibri"/>
                <w:b/>
                <w:color w:val="FF6A1A"/>
                <w:sz w:val="16"/>
              </w:rPr>
              <w:t>06</w:t>
            </w:r>
          </w:p>
        </w:tc>
        <w:tc>
          <w:tcPr>
            <w:tcW w:type="dxa" w:w="5216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50" w:type="dxa"/>
              <w:bottom w:w="50" w:type="dxa"/>
              <w:left w:w="70" w:type="dxa"/>
              <w:right w:w="70" w:type="dxa"/>
            </w:tcMar>
          </w:tcPr>
          <w:p>
            <w:pPr>
              <w:spacing w:before="20" w:after="20"/>
            </w:pPr>
            <w:r/>
            <w:r>
              <w:rPr>
                <w:rFonts w:ascii="Calibri" w:hAnsi="Calibri"/>
                <w:b w:val="0"/>
                <w:color w:val="1A1A1A"/>
                <w:sz w:val="16"/>
              </w:rPr>
              <w:t>☐  Hoist clear. Taglines on. Nobody under the load.</w:t>
            </w:r>
          </w:p>
        </w:tc>
      </w:tr>
      <w:tr>
        <w:tc>
          <w:tcPr>
            <w:tcW w:type="dxa" w:w="5216"/>
            <w:shd w:fill="FFF1E8" w:val="clear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50" w:type="dxa"/>
              <w:bottom w:w="50" w:type="dxa"/>
              <w:left w:w="70" w:type="dxa"/>
              <w:right w:w="70" w:type="dxa"/>
            </w:tcMar>
          </w:tcPr>
          <w:p>
            <w:pPr>
              <w:spacing w:before="20" w:after="20"/>
              <w:jc w:val="center"/>
            </w:pPr>
            <w:r/>
            <w:r>
              <w:rPr>
                <w:rFonts w:ascii="Calibri" w:hAnsi="Calibri"/>
                <w:b/>
                <w:color w:val="FF6A1A"/>
                <w:sz w:val="16"/>
              </w:rPr>
              <w:t>07</w:t>
            </w:r>
          </w:p>
        </w:tc>
        <w:tc>
          <w:tcPr>
            <w:tcW w:type="dxa" w:w="5216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50" w:type="dxa"/>
              <w:bottom w:w="50" w:type="dxa"/>
              <w:left w:w="70" w:type="dxa"/>
              <w:right w:w="70" w:type="dxa"/>
            </w:tcMar>
          </w:tcPr>
          <w:p>
            <w:pPr>
              <w:spacing w:before="20" w:after="20"/>
            </w:pPr>
            <w:r/>
            <w:r>
              <w:rPr>
                <w:rFonts w:ascii="Calibri" w:hAnsi="Calibri"/>
                <w:b w:val="0"/>
                <w:color w:val="1A1A1A"/>
                <w:sz w:val="16"/>
              </w:rPr>
              <w:t>☐  Land under banksman. Unhook. Boom to rest. Housekeeping.</w:t>
            </w:r>
          </w:p>
        </w:tc>
      </w:tr>
      <w:tr>
        <w:tc>
          <w:tcPr>
            <w:tcW w:type="dxa" w:w="5216"/>
            <w:shd w:fill="FFF1E8" w:val="clear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50" w:type="dxa"/>
              <w:bottom w:w="50" w:type="dxa"/>
              <w:left w:w="70" w:type="dxa"/>
              <w:right w:w="70" w:type="dxa"/>
            </w:tcMar>
          </w:tcPr>
          <w:p>
            <w:pPr>
              <w:spacing w:before="20" w:after="20"/>
              <w:jc w:val="center"/>
            </w:pPr>
            <w:r/>
            <w:r>
              <w:rPr>
                <w:rFonts w:ascii="Calibri" w:hAnsi="Calibri"/>
                <w:b/>
                <w:color w:val="FF6A1A"/>
                <w:sz w:val="16"/>
              </w:rPr>
              <w:t>08</w:t>
            </w:r>
          </w:p>
        </w:tc>
        <w:tc>
          <w:tcPr>
            <w:tcW w:type="dxa" w:w="5216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50" w:type="dxa"/>
              <w:bottom w:w="50" w:type="dxa"/>
              <w:left w:w="70" w:type="dxa"/>
              <w:right w:w="70" w:type="dxa"/>
            </w:tcMar>
          </w:tcPr>
          <w:p>
            <w:pPr>
              <w:spacing w:before="20" w:after="20"/>
            </w:pPr>
            <w:r/>
            <w:r>
              <w:rPr>
                <w:rFonts w:ascii="Calibri" w:hAnsi="Calibri"/>
                <w:b w:val="0"/>
                <w:color w:val="1A1A1A"/>
                <w:sz w:val="16"/>
              </w:rPr>
              <w:t>☐  If the job changes — stop, rewrite this sheet, brief again.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10432"/>
      </w:tblGrid>
      <w:tr>
        <w:tc>
          <w:tcPr>
            <w:tcW w:type="dxa" w:w="10432"/>
            <w:shd w:fill="1A1A1A" w:val="clear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50" w:type="dxa"/>
              <w:bottom w:w="50" w:type="dxa"/>
              <w:left w:w="70" w:type="dxa"/>
              <w:right w:w="70" w:type="dxa"/>
            </w:tcMar>
          </w:tcPr>
          <w:p>
            <w:pPr>
              <w:spacing w:before="20" w:after="20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6. Hazards for this lift</w:t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3477"/>
        <w:gridCol w:w="3477"/>
        <w:gridCol w:w="3477"/>
      </w:tblGrid>
      <w:tr>
        <w:tc>
          <w:tcPr>
            <w:tcW w:type="dxa" w:w="3477"/>
            <w:shd w:fill="1A1A1A" w:val="clear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50" w:type="dxa"/>
              <w:bottom w:w="50" w:type="dxa"/>
              <w:left w:w="70" w:type="dxa"/>
              <w:right w:w="70" w:type="dxa"/>
            </w:tcMar>
          </w:tcPr>
          <w:p>
            <w:pPr>
              <w:spacing w:before="20" w:after="20"/>
            </w:pPr>
            <w:r/>
            <w:r>
              <w:rPr>
                <w:rFonts w:ascii="Calibri" w:hAnsi="Calibri"/>
                <w:b/>
                <w:color w:val="FFFFFF"/>
                <w:sz w:val="16"/>
              </w:rPr>
              <w:t>Situation</w:t>
            </w:r>
          </w:p>
        </w:tc>
        <w:tc>
          <w:tcPr>
            <w:tcW w:type="dxa" w:w="3477"/>
            <w:shd w:fill="1A1A1A" w:val="clear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50" w:type="dxa"/>
              <w:bottom w:w="50" w:type="dxa"/>
              <w:left w:w="70" w:type="dxa"/>
              <w:right w:w="70" w:type="dxa"/>
            </w:tcMar>
          </w:tcPr>
          <w:p>
            <w:pPr>
              <w:spacing w:before="20" w:after="20"/>
            </w:pPr>
            <w:r/>
            <w:r>
              <w:rPr>
                <w:rFonts w:ascii="Calibri" w:hAnsi="Calibri"/>
                <w:b/>
                <w:color w:val="FFFFFF"/>
                <w:sz w:val="16"/>
              </w:rPr>
              <w:t>Hazard</w:t>
            </w:r>
          </w:p>
        </w:tc>
        <w:tc>
          <w:tcPr>
            <w:tcW w:type="dxa" w:w="3477"/>
            <w:shd w:fill="1A1A1A" w:val="clear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50" w:type="dxa"/>
              <w:bottom w:w="50" w:type="dxa"/>
              <w:left w:w="70" w:type="dxa"/>
              <w:right w:w="70" w:type="dxa"/>
            </w:tcMar>
          </w:tcPr>
          <w:p>
            <w:pPr>
              <w:spacing w:before="20" w:after="20"/>
            </w:pPr>
            <w:r/>
            <w:r>
              <w:rPr>
                <w:rFonts w:ascii="Calibri" w:hAnsi="Calibri"/>
                <w:b/>
                <w:color w:val="FFFFFF"/>
                <w:sz w:val="16"/>
              </w:rPr>
              <w:t>Control</w:t>
            </w:r>
          </w:p>
        </w:tc>
      </w:tr>
      <w:tr>
        <w:tc>
          <w:tcPr>
            <w:tcW w:type="dxa" w:w="3477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50" w:type="dxa"/>
              <w:bottom w:w="50" w:type="dxa"/>
              <w:left w:w="70" w:type="dxa"/>
              <w:right w:w="70" w:type="dxa"/>
            </w:tcMar>
          </w:tcPr>
          <w:p>
            <w:pPr>
              <w:spacing w:before="20" w:after="20"/>
            </w:pPr>
            <w:r/>
            <w:r>
              <w:rPr>
                <w:rFonts w:ascii="Calibri" w:hAnsi="Calibri"/>
                <w:b w:val="0"/>
                <w:color w:val="1A1A1A"/>
                <w:sz w:val="16"/>
              </w:rPr>
              <w:t>Hook-on / take weight</w:t>
            </w:r>
          </w:p>
        </w:tc>
        <w:tc>
          <w:tcPr>
            <w:tcW w:type="dxa" w:w="3477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50" w:type="dxa"/>
              <w:bottom w:w="50" w:type="dxa"/>
              <w:left w:w="70" w:type="dxa"/>
              <w:right w:w="70" w:type="dxa"/>
            </w:tcMar>
          </w:tcPr>
          <w:p>
            <w:pPr>
              <w:spacing w:before="20" w:after="20"/>
            </w:pPr>
            <w:r/>
            <w:r>
              <w:rPr>
                <w:rFonts w:ascii="Calibri" w:hAnsi="Calibri"/>
                <w:b w:val="0"/>
                <w:color w:val="1A1A1A"/>
                <w:sz w:val="16"/>
              </w:rPr>
              <w:t>Pinch, unstable load</w:t>
            </w:r>
          </w:p>
        </w:tc>
        <w:tc>
          <w:tcPr>
            <w:tcW w:type="dxa" w:w="3477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50" w:type="dxa"/>
              <w:bottom w:w="50" w:type="dxa"/>
              <w:left w:w="70" w:type="dxa"/>
              <w:right w:w="70" w:type="dxa"/>
            </w:tcMar>
          </w:tcPr>
          <w:p>
            <w:pPr>
              <w:spacing w:before="20" w:after="20"/>
            </w:pPr>
            <w:r/>
            <w:r>
              <w:rPr>
                <w:rFonts w:ascii="Calibri" w:hAnsi="Calibri"/>
                <w:b w:val="0"/>
                <w:color w:val="1A1A1A"/>
                <w:sz w:val="16"/>
              </w:rPr>
              <w:t>Central hook. Hands clear. Taglines on.</w:t>
            </w:r>
          </w:p>
        </w:tc>
      </w:tr>
      <w:tr>
        <w:tc>
          <w:tcPr>
            <w:tcW w:type="dxa" w:w="3477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50" w:type="dxa"/>
              <w:bottom w:w="50" w:type="dxa"/>
              <w:left w:w="70" w:type="dxa"/>
              <w:right w:w="70" w:type="dxa"/>
            </w:tcMar>
          </w:tcPr>
          <w:p>
            <w:pPr>
              <w:spacing w:before="20" w:after="20"/>
            </w:pPr>
            <w:r/>
            <w:r>
              <w:rPr>
                <w:rFonts w:ascii="Calibri" w:hAnsi="Calibri"/>
                <w:b w:val="0"/>
                <w:color w:val="1A1A1A"/>
                <w:sz w:val="16"/>
              </w:rPr>
              <w:t>Hoist / slew / travel</w:t>
            </w:r>
          </w:p>
        </w:tc>
        <w:tc>
          <w:tcPr>
            <w:tcW w:type="dxa" w:w="3477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50" w:type="dxa"/>
              <w:bottom w:w="50" w:type="dxa"/>
              <w:left w:w="70" w:type="dxa"/>
              <w:right w:w="70" w:type="dxa"/>
            </w:tcMar>
          </w:tcPr>
          <w:p>
            <w:pPr>
              <w:spacing w:before="20" w:after="20"/>
            </w:pPr>
            <w:r/>
            <w:r>
              <w:rPr>
                <w:rFonts w:ascii="Calibri" w:hAnsi="Calibri"/>
                <w:b w:val="0"/>
                <w:color w:val="1A1A1A"/>
                <w:sz w:val="16"/>
              </w:rPr>
              <w:t>Clash, overload, dropped load</w:t>
            </w:r>
          </w:p>
        </w:tc>
        <w:tc>
          <w:tcPr>
            <w:tcW w:type="dxa" w:w="3477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50" w:type="dxa"/>
              <w:bottom w:w="50" w:type="dxa"/>
              <w:left w:w="70" w:type="dxa"/>
              <w:right w:w="70" w:type="dxa"/>
            </w:tcMar>
          </w:tcPr>
          <w:p>
            <w:pPr>
              <w:spacing w:before="20" w:after="20"/>
            </w:pPr>
            <w:r/>
            <w:r>
              <w:rPr>
                <w:rFonts w:ascii="Calibri" w:hAnsi="Calibri"/>
                <w:b w:val="0"/>
                <w:color w:val="1A1A1A"/>
                <w:sz w:val="16"/>
              </w:rPr>
              <w:t>Chart check. Barriers. No one under load.</w:t>
            </w:r>
          </w:p>
        </w:tc>
      </w:tr>
      <w:tr>
        <w:tc>
          <w:tcPr>
            <w:tcW w:type="dxa" w:w="3477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50" w:type="dxa"/>
              <w:bottom w:w="50" w:type="dxa"/>
              <w:left w:w="70" w:type="dxa"/>
              <w:right w:w="70" w:type="dxa"/>
            </w:tcMar>
          </w:tcPr>
          <w:p>
            <w:pPr>
              <w:spacing w:before="20" w:after="20"/>
            </w:pPr>
            <w:r/>
            <w:r>
              <w:rPr>
                <w:rFonts w:ascii="Calibri" w:hAnsi="Calibri"/>
                <w:b w:val="0"/>
                <w:color w:val="1A1A1A"/>
                <w:sz w:val="16"/>
              </w:rPr>
              <w:t>Landing</w:t>
            </w:r>
          </w:p>
        </w:tc>
        <w:tc>
          <w:tcPr>
            <w:tcW w:type="dxa" w:w="3477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50" w:type="dxa"/>
              <w:bottom w:w="50" w:type="dxa"/>
              <w:left w:w="70" w:type="dxa"/>
              <w:right w:w="70" w:type="dxa"/>
            </w:tcMar>
          </w:tcPr>
          <w:p>
            <w:pPr>
              <w:spacing w:before="20" w:after="20"/>
            </w:pPr>
            <w:r/>
            <w:r>
              <w:rPr>
                <w:rFonts w:ascii="Calibri" w:hAnsi="Calibri"/>
                <w:b w:val="0"/>
                <w:color w:val="1A1A1A"/>
                <w:sz w:val="16"/>
              </w:rPr>
              <w:t>Crush, wrong spot</w:t>
            </w:r>
          </w:p>
        </w:tc>
        <w:tc>
          <w:tcPr>
            <w:tcW w:type="dxa" w:w="3477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50" w:type="dxa"/>
              <w:bottom w:w="50" w:type="dxa"/>
              <w:left w:w="70" w:type="dxa"/>
              <w:right w:w="70" w:type="dxa"/>
            </w:tcMar>
          </w:tcPr>
          <w:p>
            <w:pPr>
              <w:spacing w:before="20" w:after="20"/>
            </w:pPr>
            <w:r/>
            <w:r>
              <w:rPr>
                <w:rFonts w:ascii="Calibri" w:hAnsi="Calibri"/>
                <w:b w:val="0"/>
                <w:color w:val="1A1A1A"/>
                <w:sz w:val="16"/>
              </w:rPr>
              <w:t>Area clear. Banksman in view or on radio.</w:t>
            </w:r>
          </w:p>
        </w:tc>
      </w:tr>
      <w:tr>
        <w:tc>
          <w:tcPr>
            <w:tcW w:type="dxa" w:w="3477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50" w:type="dxa"/>
              <w:bottom w:w="50" w:type="dxa"/>
              <w:left w:w="70" w:type="dxa"/>
              <w:right w:w="70" w:type="dxa"/>
            </w:tcMar>
          </w:tcPr>
          <w:p>
            <w:pPr>
              <w:spacing w:before="20" w:after="20"/>
            </w:pPr>
            <w:r/>
            <w:r>
              <w:rPr>
                <w:rFonts w:ascii="Calibri" w:hAnsi="Calibri"/>
                <w:b w:val="0"/>
                <w:color w:val="1A1A1A"/>
                <w:sz w:val="16"/>
              </w:rPr>
              <w:t>Other (write)</w:t>
            </w:r>
          </w:p>
        </w:tc>
        <w:tc>
          <w:tcPr>
            <w:tcW w:type="dxa" w:w="3477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50" w:type="dxa"/>
              <w:bottom w:w="50" w:type="dxa"/>
              <w:left w:w="70" w:type="dxa"/>
              <w:right w:w="70" w:type="dxa"/>
            </w:tcMar>
          </w:tcPr>
          <w:p>
            <w:pPr>
              <w:spacing w:before="20" w:after="20"/>
            </w:pPr>
            <w:r/>
            <w:r>
              <w:rPr>
                <w:rFonts w:ascii="Calibri" w:hAnsi="Calibri"/>
                <w:b w:val="0"/>
                <w:color w:val="1A1A1A"/>
                <w:sz w:val="16"/>
              </w:rPr>
              <w:t>____________________</w:t>
            </w:r>
          </w:p>
        </w:tc>
        <w:tc>
          <w:tcPr>
            <w:tcW w:type="dxa" w:w="3477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50" w:type="dxa"/>
              <w:bottom w:w="50" w:type="dxa"/>
              <w:left w:w="70" w:type="dxa"/>
              <w:right w:w="70" w:type="dxa"/>
            </w:tcMar>
          </w:tcPr>
          <w:p>
            <w:pPr>
              <w:spacing w:before="20" w:after="20"/>
            </w:pPr>
            <w:r/>
            <w:r>
              <w:rPr>
                <w:rFonts w:ascii="Calibri" w:hAnsi="Calibri"/>
                <w:b w:val="0"/>
                <w:color w:val="1A1A1A"/>
                <w:sz w:val="16"/>
              </w:rPr>
              <w:t>____________________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10432"/>
      </w:tblGrid>
      <w:tr>
        <w:tc>
          <w:tcPr>
            <w:tcW w:type="dxa" w:w="10432"/>
            <w:shd w:fill="1A1A1A" w:val="clear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50" w:type="dxa"/>
              <w:bottom w:w="50" w:type="dxa"/>
              <w:left w:w="70" w:type="dxa"/>
              <w:right w:w="70" w:type="dxa"/>
            </w:tcMar>
          </w:tcPr>
          <w:p>
            <w:pPr>
              <w:spacing w:before="20" w:after="20"/>
            </w:pPr>
            <w:r/>
            <w:r>
              <w:rPr>
                <w:rFonts w:ascii="Calibri" w:hAnsi="Calibri"/>
                <w:b/>
                <w:color w:val="FFFFFF"/>
                <w:sz w:val="20"/>
              </w:rPr>
              <w:t>7. Sign-off — this lift, this shift</w:t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2608"/>
        <w:gridCol w:w="2608"/>
        <w:gridCol w:w="2608"/>
        <w:gridCol w:w="2608"/>
      </w:tblGrid>
      <w:tr>
        <w:tc>
          <w:tcPr>
            <w:tcW w:type="dxa" w:w="2608"/>
            <w:shd w:fill="1A1A1A" w:val="clear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50" w:type="dxa"/>
              <w:bottom w:w="50" w:type="dxa"/>
              <w:left w:w="70" w:type="dxa"/>
              <w:right w:w="70" w:type="dxa"/>
            </w:tcMar>
          </w:tcPr>
          <w:p>
            <w:pPr>
              <w:spacing w:before="20" w:after="20"/>
            </w:pPr>
            <w:r/>
            <w:r>
              <w:rPr>
                <w:rFonts w:ascii="Calibri" w:hAnsi="Calibri"/>
                <w:b/>
                <w:color w:val="FFFFFF"/>
                <w:sz w:val="16"/>
              </w:rPr>
              <w:t>Role</w:t>
            </w:r>
          </w:p>
        </w:tc>
        <w:tc>
          <w:tcPr>
            <w:tcW w:type="dxa" w:w="2608"/>
            <w:shd w:fill="1A1A1A" w:val="clear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50" w:type="dxa"/>
              <w:bottom w:w="50" w:type="dxa"/>
              <w:left w:w="70" w:type="dxa"/>
              <w:right w:w="70" w:type="dxa"/>
            </w:tcMar>
          </w:tcPr>
          <w:p>
            <w:pPr>
              <w:spacing w:before="20" w:after="20"/>
            </w:pPr>
            <w:r/>
            <w:r>
              <w:rPr>
                <w:rFonts w:ascii="Calibri" w:hAnsi="Calibri"/>
                <w:b/>
                <w:color w:val="FFFFFF"/>
                <w:sz w:val="16"/>
              </w:rPr>
              <w:t>Name</w:t>
            </w:r>
          </w:p>
        </w:tc>
        <w:tc>
          <w:tcPr>
            <w:tcW w:type="dxa" w:w="2608"/>
            <w:shd w:fill="1A1A1A" w:val="clear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50" w:type="dxa"/>
              <w:bottom w:w="50" w:type="dxa"/>
              <w:left w:w="70" w:type="dxa"/>
              <w:right w:w="70" w:type="dxa"/>
            </w:tcMar>
          </w:tcPr>
          <w:p>
            <w:pPr>
              <w:spacing w:before="20" w:after="20"/>
            </w:pPr>
            <w:r/>
            <w:r>
              <w:rPr>
                <w:rFonts w:ascii="Calibri" w:hAnsi="Calibri"/>
                <w:b/>
                <w:color w:val="FFFFFF"/>
                <w:sz w:val="16"/>
              </w:rPr>
              <w:t>Sign</w:t>
            </w:r>
          </w:p>
        </w:tc>
        <w:tc>
          <w:tcPr>
            <w:tcW w:type="dxa" w:w="2608"/>
            <w:shd w:fill="1A1A1A" w:val="clear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50" w:type="dxa"/>
              <w:bottom w:w="50" w:type="dxa"/>
              <w:left w:w="70" w:type="dxa"/>
              <w:right w:w="70" w:type="dxa"/>
            </w:tcMar>
          </w:tcPr>
          <w:p>
            <w:pPr>
              <w:spacing w:before="20" w:after="20"/>
            </w:pPr>
            <w:r/>
            <w:r>
              <w:rPr>
                <w:rFonts w:ascii="Calibri" w:hAnsi="Calibri"/>
                <w:b/>
                <w:color w:val="FFFFFF"/>
                <w:sz w:val="16"/>
              </w:rPr>
              <w:t>Time</w:t>
            </w:r>
          </w:p>
        </w:tc>
      </w:tr>
      <w:tr>
        <w:tc>
          <w:tcPr>
            <w:tcW w:type="dxa" w:w="2608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50" w:type="dxa"/>
              <w:bottom w:w="50" w:type="dxa"/>
              <w:left w:w="70" w:type="dxa"/>
              <w:right w:w="70" w:type="dxa"/>
            </w:tcMar>
          </w:tcPr>
          <w:p>
            <w:pPr>
              <w:spacing w:before="20" w:after="20"/>
            </w:pPr>
            <w:r/>
            <w:r>
              <w:rPr>
                <w:rFonts w:ascii="Calibri" w:hAnsi="Calibri"/>
                <w:b/>
                <w:color w:val="1A1A1A"/>
                <w:sz w:val="16"/>
              </w:rPr>
              <w:t>Person in charge</w:t>
            </w:r>
          </w:p>
        </w:tc>
        <w:tc>
          <w:tcPr>
            <w:tcW w:type="dxa" w:w="2608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50" w:type="dxa"/>
              <w:bottom w:w="50" w:type="dxa"/>
              <w:left w:w="70" w:type="dxa"/>
              <w:right w:w="70" w:type="dxa"/>
            </w:tcMar>
          </w:tcPr>
          <w:p>
            <w:pPr>
              <w:spacing w:before="20" w:after="20"/>
            </w:pPr>
            <w:r/>
            <w:r>
              <w:rPr>
                <w:rFonts w:ascii="Calibri" w:hAnsi="Calibri"/>
                <w:b w:val="0"/>
                <w:color w:val="1A1A1A"/>
                <w:sz w:val="16"/>
              </w:rPr>
            </w:r>
          </w:p>
        </w:tc>
        <w:tc>
          <w:tcPr>
            <w:tcW w:type="dxa" w:w="2608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50" w:type="dxa"/>
              <w:bottom w:w="50" w:type="dxa"/>
              <w:left w:w="70" w:type="dxa"/>
              <w:right w:w="70" w:type="dxa"/>
            </w:tcMar>
          </w:tcPr>
          <w:p>
            <w:pPr>
              <w:spacing w:before="20" w:after="20"/>
            </w:pPr>
            <w:r/>
            <w:r>
              <w:rPr>
                <w:rFonts w:ascii="Calibri" w:hAnsi="Calibri"/>
                <w:b w:val="0"/>
                <w:color w:val="1A1A1A"/>
                <w:sz w:val="16"/>
              </w:rPr>
            </w:r>
          </w:p>
        </w:tc>
        <w:tc>
          <w:tcPr>
            <w:tcW w:type="dxa" w:w="2608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50" w:type="dxa"/>
              <w:bottom w:w="50" w:type="dxa"/>
              <w:left w:w="70" w:type="dxa"/>
              <w:right w:w="70" w:type="dxa"/>
            </w:tcMar>
          </w:tcPr>
          <w:p>
            <w:pPr>
              <w:spacing w:before="20" w:after="20"/>
            </w:pPr>
            <w:r/>
            <w:r>
              <w:rPr>
                <w:rFonts w:ascii="Calibri" w:hAnsi="Calibri"/>
                <w:b w:val="0"/>
                <w:color w:val="1A1A1A"/>
                <w:sz w:val="16"/>
              </w:rPr>
            </w:r>
          </w:p>
        </w:tc>
      </w:tr>
      <w:tr>
        <w:tc>
          <w:tcPr>
            <w:tcW w:type="dxa" w:w="2608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50" w:type="dxa"/>
              <w:bottom w:w="50" w:type="dxa"/>
              <w:left w:w="70" w:type="dxa"/>
              <w:right w:w="70" w:type="dxa"/>
            </w:tcMar>
          </w:tcPr>
          <w:p>
            <w:pPr>
              <w:spacing w:before="20" w:after="20"/>
            </w:pPr>
            <w:r/>
            <w:r>
              <w:rPr>
                <w:rFonts w:ascii="Calibri" w:hAnsi="Calibri"/>
                <w:b/>
                <w:color w:val="1A1A1A"/>
                <w:sz w:val="16"/>
              </w:rPr>
              <w:t>Crane operator</w:t>
            </w:r>
          </w:p>
        </w:tc>
        <w:tc>
          <w:tcPr>
            <w:tcW w:type="dxa" w:w="2608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50" w:type="dxa"/>
              <w:bottom w:w="50" w:type="dxa"/>
              <w:left w:w="70" w:type="dxa"/>
              <w:right w:w="70" w:type="dxa"/>
            </w:tcMar>
          </w:tcPr>
          <w:p>
            <w:pPr>
              <w:spacing w:before="20" w:after="20"/>
            </w:pPr>
            <w:r/>
            <w:r>
              <w:rPr>
                <w:rFonts w:ascii="Calibri" w:hAnsi="Calibri"/>
                <w:b w:val="0"/>
                <w:color w:val="1A1A1A"/>
                <w:sz w:val="16"/>
              </w:rPr>
            </w:r>
          </w:p>
        </w:tc>
        <w:tc>
          <w:tcPr>
            <w:tcW w:type="dxa" w:w="2608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50" w:type="dxa"/>
              <w:bottom w:w="50" w:type="dxa"/>
              <w:left w:w="70" w:type="dxa"/>
              <w:right w:w="70" w:type="dxa"/>
            </w:tcMar>
          </w:tcPr>
          <w:p>
            <w:pPr>
              <w:spacing w:before="20" w:after="20"/>
            </w:pPr>
            <w:r/>
            <w:r>
              <w:rPr>
                <w:rFonts w:ascii="Calibri" w:hAnsi="Calibri"/>
                <w:b w:val="0"/>
                <w:color w:val="1A1A1A"/>
                <w:sz w:val="16"/>
              </w:rPr>
            </w:r>
          </w:p>
        </w:tc>
        <w:tc>
          <w:tcPr>
            <w:tcW w:type="dxa" w:w="2608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50" w:type="dxa"/>
              <w:bottom w:w="50" w:type="dxa"/>
              <w:left w:w="70" w:type="dxa"/>
              <w:right w:w="70" w:type="dxa"/>
            </w:tcMar>
          </w:tcPr>
          <w:p>
            <w:pPr>
              <w:spacing w:before="20" w:after="20"/>
            </w:pPr>
            <w:r/>
            <w:r>
              <w:rPr>
                <w:rFonts w:ascii="Calibri" w:hAnsi="Calibri"/>
                <w:b w:val="0"/>
                <w:color w:val="1A1A1A"/>
                <w:sz w:val="16"/>
              </w:rPr>
            </w:r>
          </w:p>
        </w:tc>
      </w:tr>
      <w:tr>
        <w:tc>
          <w:tcPr>
            <w:tcW w:type="dxa" w:w="2608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50" w:type="dxa"/>
              <w:bottom w:w="50" w:type="dxa"/>
              <w:left w:w="70" w:type="dxa"/>
              <w:right w:w="70" w:type="dxa"/>
            </w:tcMar>
          </w:tcPr>
          <w:p>
            <w:pPr>
              <w:spacing w:before="20" w:after="20"/>
            </w:pPr>
            <w:r/>
            <w:r>
              <w:rPr>
                <w:rFonts w:ascii="Calibri" w:hAnsi="Calibri"/>
                <w:b/>
                <w:color w:val="1A1A1A"/>
                <w:sz w:val="16"/>
              </w:rPr>
              <w:t>Banksman</w:t>
            </w:r>
          </w:p>
        </w:tc>
        <w:tc>
          <w:tcPr>
            <w:tcW w:type="dxa" w:w="2608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50" w:type="dxa"/>
              <w:bottom w:w="50" w:type="dxa"/>
              <w:left w:w="70" w:type="dxa"/>
              <w:right w:w="70" w:type="dxa"/>
            </w:tcMar>
          </w:tcPr>
          <w:p>
            <w:pPr>
              <w:spacing w:before="20" w:after="20"/>
            </w:pPr>
            <w:r/>
            <w:r>
              <w:rPr>
                <w:rFonts w:ascii="Calibri" w:hAnsi="Calibri"/>
                <w:b w:val="0"/>
                <w:color w:val="1A1A1A"/>
                <w:sz w:val="16"/>
              </w:rPr>
            </w:r>
          </w:p>
        </w:tc>
        <w:tc>
          <w:tcPr>
            <w:tcW w:type="dxa" w:w="2608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50" w:type="dxa"/>
              <w:bottom w:w="50" w:type="dxa"/>
              <w:left w:w="70" w:type="dxa"/>
              <w:right w:w="70" w:type="dxa"/>
            </w:tcMar>
          </w:tcPr>
          <w:p>
            <w:pPr>
              <w:spacing w:before="20" w:after="20"/>
            </w:pPr>
            <w:r/>
            <w:r>
              <w:rPr>
                <w:rFonts w:ascii="Calibri" w:hAnsi="Calibri"/>
                <w:b w:val="0"/>
                <w:color w:val="1A1A1A"/>
                <w:sz w:val="16"/>
              </w:rPr>
            </w:r>
          </w:p>
        </w:tc>
        <w:tc>
          <w:tcPr>
            <w:tcW w:type="dxa" w:w="2608"/>
            <w:tcBorders>
              <w:top w:val="single" w:sz="4" w:color="CCCCCC"/>
              <w:left w:val="single" w:sz="4" w:color="CCCCCC"/>
              <w:bottom w:val="single" w:sz="4" w:color="CCCCCC"/>
              <w:right w:val="single" w:sz="4" w:color="CCCCCC"/>
            </w:tcBorders>
            <w:tcMar>
              <w:top w:w="50" w:type="dxa"/>
              <w:bottom w:w="50" w:type="dxa"/>
              <w:left w:w="70" w:type="dxa"/>
              <w:right w:w="70" w:type="dxa"/>
            </w:tcMar>
          </w:tcPr>
          <w:p>
            <w:pPr>
              <w:spacing w:before="20" w:after="20"/>
            </w:pPr>
            <w:r/>
            <w:r>
              <w:rPr>
                <w:rFonts w:ascii="Calibri" w:hAnsi="Calibri"/>
                <w:b w:val="0"/>
                <w:color w:val="1A1A1A"/>
                <w:sz w:val="16"/>
              </w:rPr>
            </w:r>
          </w:p>
        </w:tc>
      </w:tr>
    </w:tbl>
    <w:p>
      <w:pPr>
        <w:spacing w:before="160"/>
      </w:pPr>
      <w:r>
        <w:rPr>
          <w:rFonts w:ascii="Calibri" w:hAnsi="Calibri"/>
          <w:b/>
          <w:color w:val="1A1A1A"/>
          <w:sz w:val="16"/>
        </w:rPr>
        <w:t xml:space="preserve">Disclaimer. </w:t>
      </w:r>
      <w:r>
        <w:rPr>
          <w:rFonts w:ascii="Calibri" w:hAnsi="Calibri"/>
          <w:b w:val="0"/>
          <w:color w:val="555555"/>
          <w:sz w:val="16"/>
        </w:rPr>
        <w:t>Blank JMR template. Completing it does not authorise the lift until a competent person has filled and signed it for the actual load, crane, radius and weather. Not a substitute for a critical-lift engineering study. jmrlifting.com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737" w:right="737" w:bottom="850" w:left="7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Calibri" w:hAnsi="Calibri"/>
        <w:b w:val="0"/>
        <w:color w:val="555555"/>
        <w:sz w:val="14"/>
      </w:rPr>
      <w:t>TEMPLATE ONLY — not authorised until signed for THIS lift.  jmrlifting.com  ·  contact@jmrlifting.com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rFonts w:ascii="Calibri" w:hAnsi="Calibri"/>
        <w:b/>
        <w:color w:val="FF6A1A"/>
        <w:sz w:val="18"/>
      </w:rPr>
      <w:t>JMR LIFTING SOLUTIONS &amp; ENGINEERING</w:t>
    </w:r>
    <w:r>
      <w:rPr>
        <w:rFonts w:ascii="Calibri" w:hAnsi="Calibri"/>
        <w:b w:val="0"/>
        <w:color w:val="555555"/>
        <w:sz w:val="16"/>
      </w:rPr>
      <w:t xml:space="preserve">  ·  Simple routine lift plan  ·  v1.0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